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58EC" w14:textId="77777777" w:rsidR="00722AC3" w:rsidRPr="00A43F66" w:rsidRDefault="00722AC3" w:rsidP="00722AC3">
      <w:pPr>
        <w:spacing w:after="0" w:line="240" w:lineRule="auto"/>
        <w:jc w:val="center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แบบแสดงหลักฐานการมีส่วนร่วมในผลงานทางวิชาการทั่วไป</w:t>
      </w:r>
    </w:p>
    <w:p w14:paraId="0D2B2623" w14:textId="77777777" w:rsidR="00722AC3" w:rsidRPr="00A43F66" w:rsidRDefault="00722AC3" w:rsidP="00722AC3">
      <w:pPr>
        <w:spacing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กลุ่มที่ ๑</w:t>
      </w:r>
      <w:r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 งานวิจัย </w:t>
      </w:r>
    </w:p>
    <w:p w14:paraId="4B62BC5E" w14:textId="77777777" w:rsidR="00722AC3" w:rsidRPr="00A43F66" w:rsidRDefault="00722AC3" w:rsidP="00722AC3">
      <w:pPr>
        <w:spacing w:before="120" w:after="120"/>
        <w:rPr>
          <w:rFonts w:ascii="TH SarabunPSK" w:hAnsi="TH SarabunPSK" w:cs="TH SarabunPSK"/>
          <w:noProof/>
          <w:szCs w:val="32"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ก. ชื่อผลงาน ....................................................................</w:t>
      </w:r>
    </w:p>
    <w:p w14:paraId="25E15012" w14:textId="77777777" w:rsidR="00722AC3" w:rsidRPr="00A43F66" w:rsidRDefault="00722AC3" w:rsidP="00722AC3">
      <w:pPr>
        <w:spacing w:after="0" w:line="240" w:lineRule="auto"/>
        <w:rPr>
          <w:rFonts w:ascii="TH SarabunPSK" w:hAnsi="TH SarabunPSK" w:cs="TH SarabunPSK"/>
          <w:noProof/>
          <w:szCs w:val="32"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ข. สถานะผู้ขอในผลงาน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0"/>
      </w:tblGrid>
      <w:tr w:rsidR="00722AC3" w:rsidRPr="00A43F66" w14:paraId="01704A38" w14:textId="77777777" w:rsidTr="004A1482">
        <w:tc>
          <w:tcPr>
            <w:tcW w:w="5040" w:type="dxa"/>
          </w:tcPr>
          <w:p w14:paraId="4FC987EC" w14:textId="77777777" w:rsidR="00722AC3" w:rsidRPr="00A43F66" w:rsidRDefault="00722AC3" w:rsidP="004A1482">
            <w:pPr>
              <w:spacing w:before="120" w:after="0" w:line="240" w:lineRule="auto"/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sym w:font="Wingdings 2" w:char="F0A3"/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ผู้ประพันธ์อันดับแรก (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>first author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)</w:t>
            </w:r>
          </w:p>
        </w:tc>
      </w:tr>
      <w:tr w:rsidR="00722AC3" w:rsidRPr="00A43F66" w14:paraId="52DA8A24" w14:textId="77777777" w:rsidTr="004A1482">
        <w:tc>
          <w:tcPr>
            <w:tcW w:w="5040" w:type="dxa"/>
          </w:tcPr>
          <w:p w14:paraId="4BDC05E2" w14:textId="77777777" w:rsidR="00722AC3" w:rsidRPr="00A43F66" w:rsidRDefault="00722AC3" w:rsidP="004A1482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sym w:font="Wingdings 2" w:char="F0A3"/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ผู้ประพันธ์บรรณกิจ (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>corresponding author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)</w:t>
            </w:r>
          </w:p>
        </w:tc>
      </w:tr>
      <w:tr w:rsidR="00722AC3" w:rsidRPr="00A43F66" w14:paraId="01716990" w14:textId="77777777" w:rsidTr="004A1482">
        <w:tc>
          <w:tcPr>
            <w:tcW w:w="5040" w:type="dxa"/>
          </w:tcPr>
          <w:p w14:paraId="24F2609F" w14:textId="0F6EB28F" w:rsidR="00722AC3" w:rsidRPr="00A43F66" w:rsidRDefault="00722AC3" w:rsidP="004A1482">
            <w:pPr>
              <w:spacing w:after="0" w:line="240" w:lineRule="auto"/>
              <w:rPr>
                <w:rFonts w:ascii="TH SarabunPSK" w:hAnsi="TH SarabunPSK" w:cs="TH SarabunPSK"/>
                <w:noProof/>
                <w:cs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sym w:font="Wingdings 2" w:char="F0A3"/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ผู้</w:t>
            </w:r>
            <w:r w:rsidR="00A43F66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ประพันธ์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ร่วม (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>co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-</w:t>
            </w:r>
            <w:r w:rsidRPr="00A43F66">
              <w:rPr>
                <w:rFonts w:ascii="TH SarabunPSK" w:hAnsi="TH SarabunPSK" w:cs="TH SarabunPSK"/>
                <w:noProof/>
                <w:szCs w:val="32"/>
                <w:lang w:bidi="th-TH"/>
              </w:rPr>
              <w:t>auther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)</w:t>
            </w:r>
          </w:p>
        </w:tc>
      </w:tr>
    </w:tbl>
    <w:p w14:paraId="76EB7CD2" w14:textId="77777777" w:rsidR="00722AC3" w:rsidRPr="00A43F66" w:rsidRDefault="00722AC3" w:rsidP="00722AC3">
      <w:pPr>
        <w:spacing w:before="120" w:after="0"/>
        <w:jc w:val="thaiDistribute"/>
        <w:rPr>
          <w:rFonts w:ascii="TH SarabunPSK" w:hAnsi="TH SarabunPSK" w:cs="TH SarabunPSK"/>
          <w:noProof/>
          <w:szCs w:val="32"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ab/>
        <w:t>ผู้ขอกำหนดตำแหน่งต้องกรอกรายละเอียดของผู้ร่วมงานทุกคนให้ครบถ้วน (เนื่องจากไม่มีการแบ่งส่วนร่วมในผลงานทางวิชาการ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p w14:paraId="43207761" w14:textId="77777777" w:rsidR="00722AC3" w:rsidRPr="00A43F66" w:rsidRDefault="00722AC3" w:rsidP="00722AC3">
      <w:pPr>
        <w:spacing w:after="0"/>
        <w:jc w:val="distribute"/>
        <w:rPr>
          <w:rFonts w:ascii="TH SarabunPSK" w:hAnsi="TH SarabunPSK" w:cs="TH SarabunPSK"/>
          <w:noProof/>
          <w:szCs w:val="32"/>
          <w:cs/>
          <w:lang w:bidi="th-TH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0"/>
        <w:gridCol w:w="3456"/>
      </w:tblGrid>
      <w:tr w:rsidR="00722AC3" w:rsidRPr="00A43F66" w14:paraId="3E5D21BD" w14:textId="77777777" w:rsidTr="004A1482">
        <w:trPr>
          <w:trHeight w:val="448"/>
          <w:tblHeader/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0A99E" w14:textId="77777777" w:rsidR="00722AC3" w:rsidRPr="00A43F66" w:rsidRDefault="00722AC3" w:rsidP="004A1482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รายละเอียดการมีส่วนร่วม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7E305" w14:textId="77777777" w:rsidR="00722AC3" w:rsidRPr="00A43F66" w:rsidRDefault="00722AC3" w:rsidP="004A1482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บทบาทและหน้าที่ความรับผิดชอบ</w:t>
            </w:r>
          </w:p>
        </w:tc>
      </w:tr>
      <w:tr w:rsidR="00722AC3" w:rsidRPr="00A43F66" w14:paraId="0F8EA044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314B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ก. ความคิดริเริ่ม (</w:t>
            </w:r>
            <w:r w:rsidRPr="00A43F66">
              <w:rPr>
                <w:rFonts w:ascii="TH SarabunPSK" w:hAnsi="TH SarabunPSK" w:cs="TH SarabunPSK"/>
                <w:noProof/>
                <w:lang w:bidi="th-TH"/>
              </w:rPr>
              <w:t>idea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) และ สมมุติฐาน</w:t>
            </w:r>
          </w:p>
          <w:p w14:paraId="6E43D7B8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7A701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53780C26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0E71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ข. การปฏิบัติการวิจัย การมีส่วนร่วมในการออกแบบ การทดลอง การทดสอบ เครื่องมือวัด วิธีการเก็บข้อมูล และ </w:t>
            </w:r>
            <w:r w:rsidRPr="00A43F66">
              <w:rPr>
                <w:rFonts w:ascii="TH SarabunPSK" w:hAnsi="TH SarabunPSK" w:cs="TH SarabunPSK"/>
                <w:noProof/>
                <w:lang w:bidi="th-TH"/>
              </w:rPr>
              <w:t>criteria</w:t>
            </w:r>
          </w:p>
          <w:p w14:paraId="3CE1F8A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D7616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4BB7848D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6E5B2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ค. การจัดเก็บข้อมูล การวิเคราะห์ข้อมูล การแปรผล</w:t>
            </w:r>
          </w:p>
          <w:p w14:paraId="4F56B9F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7D44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60158903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EFCF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ง. การวิพากษ์วิจารณ์ผล การแสดงการเปรียบเทียบกับข้อสรุปหรือองค์ความรู้หรือทฤษฎีเดิม</w:t>
            </w:r>
          </w:p>
          <w:p w14:paraId="6D50C930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cs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33358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773B5251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63452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จ. การมีส่วนร่วมในการเขียน </w:t>
            </w:r>
            <w:r w:rsidRPr="00A43F66">
              <w:rPr>
                <w:rFonts w:ascii="TH SarabunPSK" w:hAnsi="TH SarabunPSK" w:cs="TH SarabunPSK"/>
                <w:noProof/>
                <w:lang w:bidi="th-TH"/>
              </w:rPr>
              <w:t>manuscript</w:t>
            </w:r>
          </w:p>
          <w:p w14:paraId="7B820DC5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7328E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738C6F1F" w14:textId="77777777" w:rsidTr="004A1482">
        <w:trPr>
          <w:trHeight w:val="1546"/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1DA5F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ฉ. การให้การสนับสนุน </w:t>
            </w:r>
            <w:r w:rsidRPr="00A43F66">
              <w:rPr>
                <w:rFonts w:ascii="TH SarabunPSK" w:hAnsi="TH SarabunPSK" w:cs="TH SarabunPSK"/>
                <w:noProof/>
                <w:lang w:bidi="th-TH"/>
              </w:rPr>
              <w:t xml:space="preserve">specimens, study cohort,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โลจิสติกส์ ทุนวิจัย (โปรดระบุแหล่งทุน เงินทุน และปีที่ได้รับ) เครื่องมือ ห้องปฏิบัติการ ครุภัณฑ์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34C8C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524092C8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F76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ช. อื่นๆ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380C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</w:tbl>
    <w:p w14:paraId="37048A68" w14:textId="77777777" w:rsidR="00A43F66" w:rsidRDefault="00A43F66" w:rsidP="00A43F66">
      <w:pPr>
        <w:spacing w:after="0" w:line="240" w:lineRule="auto"/>
        <w:jc w:val="right"/>
        <w:rPr>
          <w:rFonts w:ascii="TH SarabunPSK" w:hAnsi="TH SarabunPSK" w:cs="TH SarabunPSK"/>
          <w:noProof/>
          <w:szCs w:val="32"/>
          <w:lang w:bidi="th-TH"/>
        </w:rPr>
      </w:pPr>
    </w:p>
    <w:p w14:paraId="2E34A025" w14:textId="77777777" w:rsidR="00A43F66" w:rsidRDefault="00A43F66" w:rsidP="00A43F66">
      <w:pPr>
        <w:spacing w:after="0" w:line="240" w:lineRule="auto"/>
        <w:jc w:val="right"/>
        <w:rPr>
          <w:rFonts w:ascii="TH SarabunPSK" w:hAnsi="TH SarabunPSK" w:cs="TH SarabunPSK"/>
          <w:noProof/>
          <w:szCs w:val="32"/>
          <w:lang w:bidi="th-TH"/>
        </w:rPr>
      </w:pPr>
    </w:p>
    <w:p w14:paraId="124BF4DA" w14:textId="443E89AE" w:rsidR="00722AC3" w:rsidRPr="00A43F66" w:rsidRDefault="00722AC3" w:rsidP="00A43F66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............................................................................</w:t>
      </w:r>
    </w:p>
    <w:p w14:paraId="06FCFBC8" w14:textId="33F06D4E" w:rsidR="00722AC3" w:rsidRPr="00A43F66" w:rsidRDefault="00722AC3" w:rsidP="00A43F66">
      <w:pPr>
        <w:spacing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     (............................................................)</w:t>
      </w:r>
    </w:p>
    <w:p w14:paraId="3253DE0E" w14:textId="77777777" w:rsidR="00722AC3" w:rsidRPr="00A43F66" w:rsidRDefault="00722AC3" w:rsidP="00722AC3">
      <w:pPr>
        <w:spacing w:before="240" w:after="4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                   ผู้ขอกำหนดตำแหน่ง</w:t>
      </w:r>
    </w:p>
    <w:p w14:paraId="567A93FB" w14:textId="77777777" w:rsidR="00722AC3" w:rsidRPr="00A43F66" w:rsidRDefault="00722AC3" w:rsidP="00722AC3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............................................................................</w:t>
      </w:r>
    </w:p>
    <w:p w14:paraId="378BD64E" w14:textId="77777777" w:rsidR="00722AC3" w:rsidRPr="00A43F66" w:rsidRDefault="00722AC3" w:rsidP="00722AC3">
      <w:pPr>
        <w:spacing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      (............................................................)</w:t>
      </w:r>
    </w:p>
    <w:p w14:paraId="0AA94B2D" w14:textId="77777777" w:rsidR="00722AC3" w:rsidRPr="00A43F66" w:rsidRDefault="00722AC3" w:rsidP="00722AC3">
      <w:pPr>
        <w:spacing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        ผู้ประพันธ์อันดับแรก (</w:t>
      </w:r>
      <w:r w:rsidRPr="00A43F66">
        <w:rPr>
          <w:rFonts w:ascii="TH SarabunPSK" w:hAnsi="TH SarabunPSK" w:cs="TH SarabunPSK"/>
          <w:noProof/>
          <w:lang w:bidi="th-TH"/>
        </w:rPr>
        <w:t>first author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)</w:t>
      </w:r>
    </w:p>
    <w:p w14:paraId="1BB5B2D9" w14:textId="77777777" w:rsidR="00722AC3" w:rsidRPr="00A43F66" w:rsidRDefault="00722AC3" w:rsidP="00722AC3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............................................................................</w:t>
      </w:r>
    </w:p>
    <w:p w14:paraId="249AFCD6" w14:textId="77777777" w:rsidR="00722AC3" w:rsidRPr="00A43F66" w:rsidRDefault="00722AC3" w:rsidP="00722AC3">
      <w:pPr>
        <w:spacing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      (............................................................)</w:t>
      </w:r>
    </w:p>
    <w:p w14:paraId="68E25496" w14:textId="77777777" w:rsidR="00722AC3" w:rsidRPr="00A43F66" w:rsidRDefault="00722AC3" w:rsidP="00722AC3">
      <w:pPr>
        <w:spacing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                                                                        ผู้ประพันธ์บรรณกิจ (</w:t>
      </w:r>
      <w:r w:rsidRPr="00A43F66">
        <w:rPr>
          <w:rFonts w:ascii="TH SarabunPSK" w:hAnsi="TH SarabunPSK" w:cs="TH SarabunPSK"/>
          <w:noProof/>
          <w:lang w:bidi="th-TH"/>
        </w:rPr>
        <w:t>corresponding author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)</w:t>
      </w:r>
    </w:p>
    <w:p w14:paraId="2316C570" w14:textId="77777777" w:rsidR="00A43F66" w:rsidRPr="00A43F66" w:rsidRDefault="00A43F66">
      <w:pPr>
        <w:rPr>
          <w:rFonts w:ascii="TH SarabunPSK" w:hAnsi="TH SarabunPSK" w:cs="TH SarabunPSK"/>
          <w:b/>
          <w:bCs/>
          <w:noProof/>
          <w:szCs w:val="32"/>
          <w:cs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br w:type="page"/>
      </w:r>
    </w:p>
    <w:p w14:paraId="6B9F3900" w14:textId="77777777" w:rsidR="00737CCB" w:rsidRPr="00A43F66" w:rsidRDefault="0000722B" w:rsidP="00B7301F">
      <w:pPr>
        <w:spacing w:after="0" w:line="240" w:lineRule="auto"/>
        <w:jc w:val="center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lastRenderedPageBreak/>
        <w:t>แบบแสดงหลักฐานการมีส่วนร่วมในผลงานทางวิชาการทั่วไป</w:t>
      </w:r>
    </w:p>
    <w:p w14:paraId="565A9608" w14:textId="299E1637" w:rsidR="00737CCB" w:rsidRPr="00A43F66" w:rsidRDefault="0000722B" w:rsidP="00A43F66">
      <w:pPr>
        <w:spacing w:before="120"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กลุ่มที่ ๑</w:t>
      </w:r>
      <w:r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 งานวิจัย (กรณีการเผยแพร่เป็นรายงานวิจัยฉบับสมบูรณ์)</w:t>
      </w:r>
    </w:p>
    <w:p w14:paraId="6C3A936F" w14:textId="77777777" w:rsidR="00737CCB" w:rsidRPr="00A43F66" w:rsidRDefault="0000722B" w:rsidP="00A43F66">
      <w:pPr>
        <w:spacing w:before="120"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ก. ชื่อผลงาน ....................................................................</w:t>
      </w:r>
    </w:p>
    <w:p w14:paraId="1E37040F" w14:textId="55BBAD0D" w:rsidR="00737CCB" w:rsidRPr="00A43F66" w:rsidRDefault="00B7301F" w:rsidP="002E4440">
      <w:pPr>
        <w:spacing w:after="0" w:line="240" w:lineRule="auto"/>
        <w:ind w:right="-46"/>
        <w:jc w:val="thaiDistribute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ผู้ขอกำหนดตำแหน่งต้องระบุสัดส่วนการมีส่วนร่วมบทบาทหน้าที่ความรับผิดชอบของผู้ร่วมงาน</w:t>
      </w:r>
      <w:r w:rsidR="001C191D" w:rsidRPr="00A43F66">
        <w:rPr>
          <w:rFonts w:ascii="TH SarabunPSK" w:hAnsi="TH SarabunPSK" w:cs="TH SarabunPSK"/>
          <w:noProof/>
          <w:szCs w:val="32"/>
          <w:cs/>
          <w:lang w:bidi="th-TH"/>
        </w:rPr>
        <w:br/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ทุกคนให้ครบถ้วน</w:t>
      </w:r>
    </w:p>
    <w:p w14:paraId="3FA37B4E" w14:textId="20FC4C2F" w:rsidR="00737CCB" w:rsidRPr="00A43F66" w:rsidRDefault="00B7301F" w:rsidP="00B7301F">
      <w:pPr>
        <w:spacing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ผู้ร่วมงานจำนวน.....</w:t>
      </w:r>
      <w:r w:rsidR="003768BA" w:rsidRPr="00A43F66">
        <w:rPr>
          <w:rFonts w:ascii="TH SarabunPSK" w:hAnsi="TH SarabunPSK" w:cs="TH SarabunPSK"/>
          <w:noProof/>
          <w:szCs w:val="32"/>
          <w:cs/>
          <w:lang w:bidi="th-TH"/>
        </w:rPr>
        <w:t>.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....คน แต่ละคนมีส่วนร่วมดังนี้: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2089"/>
        <w:gridCol w:w="3877"/>
      </w:tblGrid>
      <w:tr w:rsidR="00737CCB" w:rsidRPr="00A43F66" w14:paraId="6A2C656C" w14:textId="77777777" w:rsidTr="00B7301F">
        <w:trPr>
          <w:trHeight w:val="1220"/>
          <w:jc w:val="center"/>
        </w:trPr>
        <w:tc>
          <w:tcPr>
            <w:tcW w:w="316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BE4097" w14:textId="21977272" w:rsidR="00B7301F" w:rsidRPr="00A43F66" w:rsidRDefault="0000722B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noProof/>
                <w:cs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(๑)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B7301F" w:rsidRPr="00A43F66">
              <w:rPr>
                <w:rFonts w:ascii="TH SarabunPSK" w:hAnsi="TH SarabunPSK" w:cs="TH SarabunPSK"/>
                <w:bCs/>
                <w:noProof/>
                <w:sz w:val="42"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6C0D838" w14:textId="77777777" w:rsidR="00737CCB" w:rsidRPr="00A43F66" w:rsidRDefault="0000722B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(๒)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339D75" w14:textId="7BAD569C" w:rsidR="00737CCB" w:rsidRPr="00A43F66" w:rsidRDefault="0000722B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(๓)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รายละเอียดบทบาท</w:t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sz w:val="44"/>
                <w:szCs w:val="32"/>
                <w:cs/>
                <w:lang w:bidi="th-TH"/>
              </w:rPr>
              <w:t>และ</w:t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lang w:bidi="th-TH"/>
              </w:rPr>
              <w:br/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B7301F" w:rsidRPr="00A43F66" w14:paraId="6A67405B" w14:textId="77777777" w:rsidTr="00B7301F">
        <w:trPr>
          <w:trHeight w:val="2723"/>
          <w:jc w:val="center"/>
        </w:trPr>
        <w:tc>
          <w:tcPr>
            <w:tcW w:w="316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8BAE58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AC4760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3B0CCF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</w:tr>
    </w:tbl>
    <w:p w14:paraId="3D914FDD" w14:textId="737CD161" w:rsidR="00737CCB" w:rsidRPr="00A43F66" w:rsidRDefault="0000722B" w:rsidP="00B7301F">
      <w:pPr>
        <w:spacing w:before="240"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</w:t>
      </w:r>
    </w:p>
    <w:p w14:paraId="0AB1B7B7" w14:textId="77777777" w:rsidR="00737CCB" w:rsidRPr="00A43F66" w:rsidRDefault="0000722B" w:rsidP="00B7301F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5EE1A692" w14:textId="7288F52B" w:rsidR="00737CCB" w:rsidRPr="00A43F66" w:rsidRDefault="0000722B" w:rsidP="00B7301F">
      <w:pPr>
        <w:spacing w:before="240"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</w:t>
      </w:r>
    </w:p>
    <w:p w14:paraId="11C006A2" w14:textId="77777777" w:rsidR="00737CCB" w:rsidRPr="00A43F66" w:rsidRDefault="0000722B" w:rsidP="00B7301F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0ECB354B" w14:textId="4F4D8F26" w:rsidR="00737CCB" w:rsidRPr="00A43F66" w:rsidRDefault="0000722B" w:rsidP="00B7301F">
      <w:pPr>
        <w:spacing w:before="240"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</w:t>
      </w:r>
    </w:p>
    <w:p w14:paraId="24C839D1" w14:textId="77777777" w:rsidR="00737CCB" w:rsidRPr="00A43F66" w:rsidRDefault="0000722B" w:rsidP="00B7301F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305EC9EA" w14:textId="4E97EFB4" w:rsidR="00737CCB" w:rsidRPr="00A43F66" w:rsidRDefault="0000722B" w:rsidP="00B7301F">
      <w:pPr>
        <w:spacing w:before="240"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</w:t>
      </w:r>
    </w:p>
    <w:p w14:paraId="266B53AF" w14:textId="35D3BCB6" w:rsidR="00B7301F" w:rsidRPr="00A43F66" w:rsidRDefault="0000722B" w:rsidP="00B7301F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)</w:t>
      </w:r>
    </w:p>
    <w:p w14:paraId="57281464" w14:textId="77777777" w:rsidR="00703F48" w:rsidRPr="00A43F66" w:rsidRDefault="00703F48">
      <w:pPr>
        <w:spacing w:after="0"/>
        <w:jc w:val="center"/>
        <w:rPr>
          <w:rFonts w:ascii="TH SarabunPSK" w:hAnsi="TH SarabunPSK" w:cs="TH SarabunPSK"/>
          <w:noProof/>
          <w:szCs w:val="32"/>
          <w:lang w:bidi="th-TH"/>
        </w:rPr>
      </w:pPr>
    </w:p>
    <w:p w14:paraId="0B7CA3C4" w14:textId="77777777" w:rsidR="00703F48" w:rsidRPr="00A43F66" w:rsidRDefault="00703F48">
      <w:pPr>
        <w:spacing w:after="0"/>
        <w:jc w:val="center"/>
        <w:rPr>
          <w:rFonts w:ascii="TH SarabunPSK" w:hAnsi="TH SarabunPSK" w:cs="TH SarabunPSK"/>
          <w:noProof/>
          <w:szCs w:val="32"/>
          <w:lang w:bidi="th-TH"/>
        </w:rPr>
      </w:pPr>
    </w:p>
    <w:p w14:paraId="5D6B5419" w14:textId="77777777" w:rsidR="00703F48" w:rsidRPr="00A43F66" w:rsidRDefault="00703F48">
      <w:pPr>
        <w:spacing w:after="0"/>
        <w:jc w:val="center"/>
        <w:rPr>
          <w:rFonts w:ascii="TH SarabunPSK" w:hAnsi="TH SarabunPSK" w:cs="TH SarabunPSK"/>
          <w:noProof/>
          <w:szCs w:val="32"/>
          <w:lang w:bidi="th-TH"/>
        </w:rPr>
      </w:pPr>
    </w:p>
    <w:p w14:paraId="6C63144A" w14:textId="77777777" w:rsidR="001F2824" w:rsidRDefault="001F2824">
      <w:pPr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</w:pPr>
      <w:r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br w:type="page"/>
      </w:r>
    </w:p>
    <w:p w14:paraId="3F18132C" w14:textId="3E26AA61" w:rsidR="00737CCB" w:rsidRPr="00A43F66" w:rsidRDefault="0000722B" w:rsidP="00B7301F">
      <w:pPr>
        <w:spacing w:after="0" w:line="240" w:lineRule="auto"/>
        <w:jc w:val="center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lastRenderedPageBreak/>
        <w:t>แบบแสดงหลักฐานการมีส่วนร่วมในผลงานทางวิชาการทั่วไป</w:t>
      </w:r>
    </w:p>
    <w:p w14:paraId="19A44F89" w14:textId="77777777" w:rsidR="00737CCB" w:rsidRPr="00A43F66" w:rsidRDefault="0000722B" w:rsidP="00A43F66">
      <w:pPr>
        <w:spacing w:before="120" w:after="0" w:line="240" w:lineRule="auto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ผลงานทางวิชาการกลุ่มอื่นที่มิใช่งานวิจัย</w:t>
      </w:r>
    </w:p>
    <w:p w14:paraId="4F8BF85C" w14:textId="77777777" w:rsidR="00737CCB" w:rsidRPr="00A43F66" w:rsidRDefault="0000722B" w:rsidP="00A43F66">
      <w:pPr>
        <w:spacing w:before="120"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ก. ชื่อผลงาน ....................................................................</w:t>
      </w:r>
    </w:p>
    <w:p w14:paraId="47C3C719" w14:textId="77777777" w:rsidR="00737CCB" w:rsidRPr="00A43F66" w:rsidRDefault="0000722B">
      <w:pPr>
        <w:spacing w:after="12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ข. ประเภทของผลงาน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37"/>
        <w:gridCol w:w="2789"/>
      </w:tblGrid>
      <w:tr w:rsidR="00737CCB" w:rsidRPr="00A43F66" w14:paraId="2C9EBBF3" w14:textId="77777777" w:rsidTr="003756B7">
        <w:trPr>
          <w:jc w:val="center"/>
        </w:trPr>
        <w:tc>
          <w:tcPr>
            <w:tcW w:w="6237" w:type="dxa"/>
          </w:tcPr>
          <w:p w14:paraId="3CB9F694" w14:textId="2ABFF5F3" w:rsidR="00737CCB" w:rsidRPr="00A43F66" w:rsidRDefault="0000722B" w:rsidP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u w:val="single"/>
                <w:cs/>
                <w:lang w:bidi="th-TH"/>
              </w:rPr>
              <w:t>กลุ่ม ๒</w:t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 ผลงานทางวิชาการในลักษณะอื่น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8C041C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722AC3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ผลงานวิชาการเพื่ออุตสาหกรรม</w:t>
            </w:r>
          </w:p>
        </w:tc>
        <w:tc>
          <w:tcPr>
            <w:tcW w:w="2789" w:type="dxa"/>
          </w:tcPr>
          <w:p w14:paraId="4D6FF28B" w14:textId="77777777" w:rsidR="003756B7" w:rsidRPr="00A43F66" w:rsidRDefault="003756B7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</w:p>
          <w:p w14:paraId="45356634" w14:textId="489FAFCC" w:rsidR="00737CCB" w:rsidRPr="00A43F66" w:rsidRDefault="00D37457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00722B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กรณีศึกษา (</w:t>
            </w:r>
            <w:r w:rsidR="0000722B" w:rsidRPr="00A43F66">
              <w:rPr>
                <w:rFonts w:ascii="TH SarabunPSK" w:hAnsi="TH SarabunPSK" w:cs="TH SarabunPSK"/>
                <w:noProof/>
                <w:lang w:bidi="th-TH"/>
              </w:rPr>
              <w:t>Case Study</w:t>
            </w:r>
            <w:r w:rsidR="0000722B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)</w:t>
            </w:r>
          </w:p>
        </w:tc>
      </w:tr>
      <w:tr w:rsidR="00737CCB" w:rsidRPr="00A43F66" w14:paraId="5AB45A31" w14:textId="77777777" w:rsidTr="003756B7">
        <w:trPr>
          <w:trHeight w:val="459"/>
          <w:jc w:val="center"/>
        </w:trPr>
        <w:tc>
          <w:tcPr>
            <w:tcW w:w="6237" w:type="dxa"/>
          </w:tcPr>
          <w:p w14:paraId="609D11B2" w14:textId="48CCC350" w:rsidR="00737CCB" w:rsidRPr="00A43F66" w:rsidRDefault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ผลงานวิชาการเพื่อพัฒนาการเรียนการสอนและการเรียนรู้</w:t>
            </w:r>
          </w:p>
        </w:tc>
        <w:tc>
          <w:tcPr>
            <w:tcW w:w="2789" w:type="dxa"/>
          </w:tcPr>
          <w:p w14:paraId="04BCD141" w14:textId="31280279" w:rsidR="00737CCB" w:rsidRPr="00A43F66" w:rsidRDefault="0000722B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3756B7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งานแปล</w:t>
            </w:r>
          </w:p>
        </w:tc>
      </w:tr>
      <w:tr w:rsidR="00737CCB" w:rsidRPr="00A43F66" w14:paraId="7AA9BF81" w14:textId="77777777" w:rsidTr="003756B7">
        <w:trPr>
          <w:jc w:val="center"/>
        </w:trPr>
        <w:tc>
          <w:tcPr>
            <w:tcW w:w="6237" w:type="dxa"/>
          </w:tcPr>
          <w:p w14:paraId="53F4F0C0" w14:textId="726DC08E" w:rsidR="00737CCB" w:rsidRPr="00A43F66" w:rsidRDefault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ผลงานวิชาการเพื่อพัฒนานโยบายสาธารณะ</w:t>
            </w:r>
          </w:p>
        </w:tc>
        <w:tc>
          <w:tcPr>
            <w:tcW w:w="2789" w:type="dxa"/>
          </w:tcPr>
          <w:p w14:paraId="76C4E59D" w14:textId="66F39BDE" w:rsidR="00737CCB" w:rsidRPr="00A43F66" w:rsidRDefault="0000722B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3768BA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สิทธิบัตร</w:t>
            </w:r>
          </w:p>
        </w:tc>
      </w:tr>
      <w:tr w:rsidR="00737CCB" w:rsidRPr="00A43F66" w14:paraId="49A1C055" w14:textId="77777777" w:rsidTr="003756B7">
        <w:trPr>
          <w:jc w:val="center"/>
        </w:trPr>
        <w:tc>
          <w:tcPr>
            <w:tcW w:w="6237" w:type="dxa"/>
          </w:tcPr>
          <w:p w14:paraId="5D24A149" w14:textId="77810862" w:rsidR="00737CCB" w:rsidRPr="00A43F66" w:rsidRDefault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ผลงานสร้างสรรค์ด้านวิทยาศาสตร์และเทคโนโลยี</w:t>
            </w:r>
          </w:p>
        </w:tc>
        <w:tc>
          <w:tcPr>
            <w:tcW w:w="2789" w:type="dxa"/>
          </w:tcPr>
          <w:p w14:paraId="614C5D3C" w14:textId="2AAF9188" w:rsidR="00737CCB" w:rsidRPr="00A43F66" w:rsidRDefault="0000722B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ซอฟต์แวร์</w:t>
            </w:r>
          </w:p>
        </w:tc>
      </w:tr>
      <w:tr w:rsidR="00B7301F" w:rsidRPr="00A43F66" w14:paraId="09463C8F" w14:textId="77777777" w:rsidTr="003756B7">
        <w:trPr>
          <w:jc w:val="center"/>
        </w:trPr>
        <w:tc>
          <w:tcPr>
            <w:tcW w:w="9026" w:type="dxa"/>
            <w:gridSpan w:val="2"/>
          </w:tcPr>
          <w:p w14:paraId="3849FB9B" w14:textId="00D11DF3" w:rsidR="00B7301F" w:rsidRPr="00A43F66" w:rsidRDefault="008C041C" w:rsidP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="00B7301F"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870F0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D37457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พจนานุกรม</w:t>
            </w:r>
            <w:r w:rsidR="00A05AF3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สารานุกรม</w:t>
            </w:r>
            <w:r w:rsidR="00A05AF3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นามานุกรม</w:t>
            </w:r>
            <w:r w:rsidR="00A05AF3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B7301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และงานวิชาการในลักษณะเดียวกัน</w:t>
            </w:r>
          </w:p>
        </w:tc>
      </w:tr>
      <w:tr w:rsidR="00737CCB" w:rsidRPr="00A43F66" w14:paraId="6718A97F" w14:textId="77777777" w:rsidTr="003756B7">
        <w:trPr>
          <w:jc w:val="center"/>
        </w:trPr>
        <w:tc>
          <w:tcPr>
            <w:tcW w:w="6237" w:type="dxa"/>
          </w:tcPr>
          <w:p w14:paraId="668DE5DB" w14:textId="7176A613" w:rsidR="00737CCB" w:rsidRPr="00A43F66" w:rsidRDefault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D37457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="00CD54B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ผลงานสร้างสรรค์ด้านสุนทรียะ ศิลปะ</w:t>
            </w:r>
          </w:p>
        </w:tc>
        <w:tc>
          <w:tcPr>
            <w:tcW w:w="2789" w:type="dxa"/>
          </w:tcPr>
          <w:p w14:paraId="6CB7ED54" w14:textId="2C6EC7E1" w:rsidR="00737CCB" w:rsidRPr="00A43F66" w:rsidRDefault="0000722B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3768BA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ผลงานนวัตกรรม</w:t>
            </w:r>
          </w:p>
        </w:tc>
      </w:tr>
      <w:tr w:rsidR="00737CCB" w:rsidRPr="00A43F66" w14:paraId="05DA695E" w14:textId="77777777" w:rsidTr="003756B7">
        <w:trPr>
          <w:jc w:val="center"/>
        </w:trPr>
        <w:tc>
          <w:tcPr>
            <w:tcW w:w="6237" w:type="dxa"/>
          </w:tcPr>
          <w:p w14:paraId="382B6240" w14:textId="6FCE2CF3" w:rsidR="00737CCB" w:rsidRPr="00A43F66" w:rsidRDefault="008C041C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CD54B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D37457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CD54BF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ผลงานรับใช้ท้องถิ่นและสังคม</w:t>
            </w:r>
          </w:p>
        </w:tc>
        <w:tc>
          <w:tcPr>
            <w:tcW w:w="2789" w:type="dxa"/>
          </w:tcPr>
          <w:p w14:paraId="7365076A" w14:textId="77777777" w:rsidR="00737CCB" w:rsidRPr="00A43F66" w:rsidRDefault="00737CCB">
            <w:pPr>
              <w:spacing w:after="4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</w:tbl>
    <w:p w14:paraId="1E2CF0FD" w14:textId="0C133AF9" w:rsidR="00737CCB" w:rsidRPr="00A43F66" w:rsidRDefault="00B7301F" w:rsidP="00B7301F">
      <w:pPr>
        <w:spacing w:before="120" w:after="4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กลุ่มที่ ๓</w:t>
      </w:r>
      <w:r w:rsidR="00A43F66">
        <w:rPr>
          <w:rFonts w:ascii="TH SarabunPSK" w:hAnsi="TH SarabunPSK" w:cs="TH SarabunPSK" w:hint="cs"/>
          <w:noProof/>
          <w:szCs w:val="32"/>
          <w:cs/>
          <w:lang w:bidi="th-TH"/>
        </w:rPr>
        <w:t xml:space="preserve">  </w:t>
      </w:r>
      <w:r w:rsidR="00036C34" w:rsidRPr="00A43F66">
        <w:rPr>
          <w:rFonts w:ascii="Segoe UI Symbol" w:hAnsi="Segoe UI Symbol" w:cs="Segoe UI Symbol" w:hint="cs"/>
          <w:noProof/>
          <w:szCs w:val="32"/>
          <w:cs/>
          <w:lang w:bidi="th-TH"/>
        </w:rPr>
        <w:t>☐</w:t>
      </w:r>
      <w:r w:rsidR="00036C34"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ตำรา</w:t>
      </w:r>
    </w:p>
    <w:p w14:paraId="3D25CE49" w14:textId="75540354" w:rsidR="00737CCB" w:rsidRPr="00A43F66" w:rsidRDefault="00036C34">
      <w:pPr>
        <w:spacing w:after="4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  <w:t xml:space="preserve">  </w:t>
      </w:r>
      <w:r w:rsidRPr="00A43F66">
        <w:rPr>
          <w:rFonts w:ascii="Segoe UI Symbol" w:hAnsi="Segoe UI Symbol" w:cs="Segoe UI Symbol" w:hint="cs"/>
          <w:noProof/>
          <w:szCs w:val="32"/>
          <w:cs/>
          <w:lang w:bidi="th-TH"/>
        </w:rPr>
        <w:t>☐</w:t>
      </w:r>
      <w:r w:rsidR="00B7301F"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หนังสือ</w:t>
      </w:r>
    </w:p>
    <w:p w14:paraId="6E679F15" w14:textId="68312FD9" w:rsidR="00737CCB" w:rsidRPr="00A43F66" w:rsidRDefault="00036C34">
      <w:pPr>
        <w:spacing w:after="4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  <w:t xml:space="preserve">  </w:t>
      </w:r>
      <w:r w:rsidRPr="00A43F66">
        <w:rPr>
          <w:rFonts w:ascii="Segoe UI Symbol" w:hAnsi="Segoe UI Symbol" w:cs="Segoe UI Symbol" w:hint="cs"/>
          <w:noProof/>
          <w:szCs w:val="32"/>
          <w:cs/>
          <w:lang w:bidi="th-TH"/>
        </w:rPr>
        <w:t>☐</w:t>
      </w:r>
      <w:r w:rsidR="00B7301F" w:rsidRPr="00A43F66">
        <w:rPr>
          <w:rFonts w:ascii="TH SarabunPSK" w:hAnsi="TH SarabunPSK" w:cs="TH SarabunPSK"/>
          <w:noProof/>
          <w:szCs w:val="32"/>
          <w:cs/>
          <w:lang w:bidi="th-TH"/>
        </w:rPr>
        <w:t xml:space="preserve"> บทความทางวิชาการ</w:t>
      </w:r>
    </w:p>
    <w:p w14:paraId="03BD53A4" w14:textId="77777777" w:rsidR="00B7301F" w:rsidRPr="00A43F66" w:rsidRDefault="00B7301F">
      <w:pPr>
        <w:spacing w:before="160" w:after="80"/>
        <w:rPr>
          <w:rFonts w:ascii="TH SarabunPSK" w:hAnsi="TH SarabunPSK" w:cs="TH SarabunPSK"/>
          <w:b/>
          <w:noProof/>
          <w:lang w:bidi="th-TH"/>
        </w:rPr>
      </w:pPr>
    </w:p>
    <w:p w14:paraId="215BF46B" w14:textId="77777777" w:rsidR="00B7301F" w:rsidRPr="00A43F66" w:rsidRDefault="00B7301F">
      <w:pPr>
        <w:spacing w:before="160" w:after="80"/>
        <w:rPr>
          <w:rFonts w:ascii="TH SarabunPSK" w:hAnsi="TH SarabunPSK" w:cs="TH SarabunPSK"/>
          <w:b/>
          <w:noProof/>
          <w:lang w:bidi="th-TH"/>
        </w:rPr>
      </w:pPr>
    </w:p>
    <w:p w14:paraId="68EA7A1B" w14:textId="77777777" w:rsidR="00CD54BF" w:rsidRPr="00A43F66" w:rsidRDefault="00CD54BF">
      <w:pPr>
        <w:spacing w:before="120" w:after="120"/>
        <w:rPr>
          <w:rFonts w:ascii="TH SarabunPSK" w:hAnsi="TH SarabunPSK" w:cs="TH SarabunPSK"/>
          <w:b/>
          <w:noProof/>
          <w:lang w:bidi="th-TH"/>
        </w:rPr>
      </w:pPr>
    </w:p>
    <w:p w14:paraId="77D9A5CA" w14:textId="77777777" w:rsidR="00CD54BF" w:rsidRPr="00A43F66" w:rsidRDefault="00CD54BF">
      <w:pPr>
        <w:spacing w:before="120" w:after="120"/>
        <w:rPr>
          <w:rFonts w:ascii="TH SarabunPSK" w:hAnsi="TH SarabunPSK" w:cs="TH SarabunPSK"/>
          <w:b/>
          <w:noProof/>
          <w:lang w:bidi="th-TH"/>
        </w:rPr>
      </w:pPr>
    </w:p>
    <w:p w14:paraId="7B512E63" w14:textId="79862F20" w:rsidR="00C90713" w:rsidRPr="00A43F66" w:rsidRDefault="00C90713" w:rsidP="00AB17F5">
      <w:pPr>
        <w:spacing w:after="0" w:line="240" w:lineRule="auto"/>
        <w:jc w:val="center"/>
        <w:rPr>
          <w:rFonts w:ascii="TH SarabunPSK" w:hAnsi="TH SarabunPSK" w:cs="TH SarabunPSK"/>
          <w:noProof/>
          <w:lang w:bidi="th-TH"/>
        </w:rPr>
      </w:pPr>
    </w:p>
    <w:p w14:paraId="2BCADBFB" w14:textId="206601AE" w:rsidR="00703F48" w:rsidRPr="00A43F66" w:rsidRDefault="00703F48" w:rsidP="00AB17F5">
      <w:pPr>
        <w:spacing w:after="0" w:line="240" w:lineRule="auto"/>
        <w:jc w:val="center"/>
        <w:rPr>
          <w:rFonts w:ascii="TH SarabunPSK" w:hAnsi="TH SarabunPSK" w:cs="TH SarabunPSK"/>
          <w:noProof/>
          <w:lang w:bidi="th-TH"/>
        </w:rPr>
      </w:pPr>
    </w:p>
    <w:p w14:paraId="045B2D5B" w14:textId="38E7B7ED" w:rsidR="00703F48" w:rsidRPr="00A43F66" w:rsidRDefault="00703F48" w:rsidP="00AB17F5">
      <w:pPr>
        <w:spacing w:after="0" w:line="240" w:lineRule="auto"/>
        <w:jc w:val="center"/>
        <w:rPr>
          <w:rFonts w:ascii="TH SarabunPSK" w:hAnsi="TH SarabunPSK" w:cs="TH SarabunPSK"/>
          <w:noProof/>
          <w:lang w:bidi="th-TH"/>
        </w:rPr>
      </w:pPr>
    </w:p>
    <w:p w14:paraId="2C87DDF5" w14:textId="735AD831" w:rsidR="00703F48" w:rsidRPr="00A43F66" w:rsidRDefault="00703F48" w:rsidP="00AB17F5">
      <w:pPr>
        <w:spacing w:after="0" w:line="240" w:lineRule="auto"/>
        <w:jc w:val="center"/>
        <w:rPr>
          <w:rFonts w:ascii="TH SarabunPSK" w:hAnsi="TH SarabunPSK" w:cs="TH SarabunPSK"/>
          <w:noProof/>
          <w:lang w:bidi="th-TH"/>
        </w:rPr>
      </w:pPr>
    </w:p>
    <w:p w14:paraId="7F24C7FB" w14:textId="77777777" w:rsidR="00703F48" w:rsidRPr="00A43F66" w:rsidRDefault="00703F48" w:rsidP="00AB17F5">
      <w:pPr>
        <w:spacing w:after="0" w:line="240" w:lineRule="auto"/>
        <w:jc w:val="center"/>
        <w:rPr>
          <w:rFonts w:ascii="TH SarabunPSK" w:hAnsi="TH SarabunPSK" w:cs="TH SarabunPSK"/>
          <w:noProof/>
          <w:lang w:bidi="th-TH"/>
        </w:rPr>
      </w:pPr>
    </w:p>
    <w:p w14:paraId="325BC638" w14:textId="77777777" w:rsidR="001F2824" w:rsidRDefault="005D1797" w:rsidP="005D1797">
      <w:pPr>
        <w:spacing w:before="480" w:after="80"/>
        <w:jc w:val="thaiDistribute"/>
        <w:rPr>
          <w:rFonts w:ascii="TH SarabunPSK" w:hAnsi="TH SarabunPSK" w:cs="TH SarabunPSK"/>
          <w:noProof/>
          <w:szCs w:val="32"/>
          <w:cs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ab/>
      </w:r>
    </w:p>
    <w:p w14:paraId="1D810128" w14:textId="77777777" w:rsidR="001F2824" w:rsidRDefault="001F2824">
      <w:pPr>
        <w:rPr>
          <w:rFonts w:ascii="TH SarabunPSK" w:hAnsi="TH SarabunPSK" w:cs="TH SarabunPSK"/>
          <w:noProof/>
          <w:szCs w:val="32"/>
          <w:cs/>
          <w:lang w:bidi="th-TH"/>
        </w:rPr>
      </w:pPr>
      <w:r>
        <w:rPr>
          <w:rFonts w:ascii="TH SarabunPSK" w:hAnsi="TH SarabunPSK" w:cs="TH SarabunPSK"/>
          <w:noProof/>
          <w:szCs w:val="32"/>
          <w:cs/>
          <w:lang w:bidi="th-TH"/>
        </w:rPr>
        <w:br w:type="page"/>
      </w:r>
    </w:p>
    <w:p w14:paraId="4ED23B7E" w14:textId="05D02751" w:rsidR="005D1797" w:rsidRPr="00A43F66" w:rsidRDefault="005D1797" w:rsidP="005D1797">
      <w:pPr>
        <w:spacing w:before="480" w:after="80"/>
        <w:jc w:val="thaiDistribute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lastRenderedPageBreak/>
        <w:t>ผู้ขอกำหนดตำแหน่งต้องระบุสัดส่วนการมีส่วนร่วมบทบาทหน้าที่ความรับผิดชอบของผู้ร่วมงาน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br/>
        <w:t>ทุกคนให้ครบถ้วน</w:t>
      </w:r>
    </w:p>
    <w:p w14:paraId="72412032" w14:textId="77777777" w:rsidR="005D1797" w:rsidRPr="00A43F66" w:rsidRDefault="005D1797" w:rsidP="005D1797">
      <w:pPr>
        <w:spacing w:after="24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cs/>
          <w:lang w:bidi="th-TH"/>
        </w:rPr>
        <w:tab/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ผู้ร่วมงานจำนวน.........คน แต่ละคนมีส่วนร่วมดังนี้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2089"/>
        <w:gridCol w:w="3877"/>
      </w:tblGrid>
      <w:tr w:rsidR="005D1797" w:rsidRPr="00A43F66" w14:paraId="4EBEBD79" w14:textId="77777777" w:rsidTr="00E658E6">
        <w:trPr>
          <w:jc w:val="center"/>
        </w:trPr>
        <w:tc>
          <w:tcPr>
            <w:tcW w:w="316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7D0CAF" w14:textId="77777777" w:rsidR="005D1797" w:rsidRPr="00A43F66" w:rsidRDefault="005D1797" w:rsidP="00E658E6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(๑)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5C6C6B" w14:textId="77777777" w:rsidR="005D1797" w:rsidRPr="00A43F66" w:rsidRDefault="005D1797" w:rsidP="00E658E6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(๒)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B80C5B" w14:textId="77777777" w:rsidR="005D1797" w:rsidRPr="00A43F66" w:rsidRDefault="005D1797" w:rsidP="00E658E6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(๓)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รายละเอียดบทบาท</w:t>
            </w:r>
            <w:r w:rsidRPr="00A43F66">
              <w:rPr>
                <w:rFonts w:ascii="TH SarabunPSK" w:hAnsi="TH SarabunPSK" w:cs="TH SarabunPSK"/>
                <w:bCs/>
                <w:noProof/>
                <w:sz w:val="44"/>
                <w:szCs w:val="32"/>
                <w:cs/>
                <w:lang w:bidi="th-TH"/>
              </w:rPr>
              <w:t>และ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5D1797" w:rsidRPr="00A43F66" w14:paraId="5934036B" w14:textId="77777777" w:rsidTr="00E658E6">
        <w:trPr>
          <w:jc w:val="center"/>
        </w:trPr>
        <w:tc>
          <w:tcPr>
            <w:tcW w:w="3168" w:type="dxa"/>
            <w:tcMar>
              <w:top w:w="2000" w:type="dxa"/>
              <w:left w:w="100" w:type="dxa"/>
              <w:bottom w:w="2000" w:type="dxa"/>
              <w:right w:w="100" w:type="dxa"/>
            </w:tcMar>
          </w:tcPr>
          <w:p w14:paraId="0677B090" w14:textId="77777777" w:rsidR="005D1797" w:rsidRPr="00A43F66" w:rsidRDefault="005D1797" w:rsidP="00E658E6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2160" w:type="dxa"/>
            <w:tcMar>
              <w:top w:w="2000" w:type="dxa"/>
              <w:left w:w="100" w:type="dxa"/>
              <w:bottom w:w="2000" w:type="dxa"/>
              <w:right w:w="100" w:type="dxa"/>
            </w:tcMar>
          </w:tcPr>
          <w:p w14:paraId="38BD437A" w14:textId="77777777" w:rsidR="005D1797" w:rsidRPr="00A43F66" w:rsidRDefault="005D1797" w:rsidP="00E658E6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4032" w:type="dxa"/>
            <w:tcMar>
              <w:top w:w="2000" w:type="dxa"/>
              <w:left w:w="100" w:type="dxa"/>
              <w:bottom w:w="2000" w:type="dxa"/>
              <w:right w:w="100" w:type="dxa"/>
            </w:tcMar>
          </w:tcPr>
          <w:p w14:paraId="4FD27DE1" w14:textId="77777777" w:rsidR="005D1797" w:rsidRPr="00A43F66" w:rsidRDefault="005D1797" w:rsidP="00E658E6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</w:tbl>
    <w:p w14:paraId="3B74022D" w14:textId="77777777" w:rsidR="005D1797" w:rsidRPr="00A43F66" w:rsidRDefault="005D1797" w:rsidP="005D1797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...........................................................</w:t>
      </w:r>
    </w:p>
    <w:p w14:paraId="6C845E2C" w14:textId="77777777" w:rsidR="005D1797" w:rsidRPr="00A43F66" w:rsidRDefault="005D1797" w:rsidP="005D1797">
      <w:pPr>
        <w:spacing w:after="8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2D1DB86B" w14:textId="77777777" w:rsidR="005D1797" w:rsidRPr="00A43F66" w:rsidRDefault="005D1797" w:rsidP="005D1797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...........................................................</w:t>
      </w:r>
    </w:p>
    <w:p w14:paraId="6838B337" w14:textId="77777777" w:rsidR="005D1797" w:rsidRPr="00A43F66" w:rsidRDefault="005D1797" w:rsidP="005D1797">
      <w:pPr>
        <w:spacing w:after="8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624036B8" w14:textId="77777777" w:rsidR="005D1797" w:rsidRPr="00A43F66" w:rsidRDefault="005D1797" w:rsidP="005D1797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..........................................................</w:t>
      </w:r>
    </w:p>
    <w:p w14:paraId="548026B4" w14:textId="77777777" w:rsidR="005D1797" w:rsidRPr="00A43F66" w:rsidRDefault="005D1797" w:rsidP="005D1797">
      <w:pPr>
        <w:spacing w:after="8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5359BCE1" w14:textId="77777777" w:rsidR="005D1797" w:rsidRPr="00A43F66" w:rsidRDefault="005D1797" w:rsidP="005D1797">
      <w:pPr>
        <w:spacing w:before="240" w:after="4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.........................................................</w:t>
      </w:r>
    </w:p>
    <w:p w14:paraId="34AFD663" w14:textId="77777777" w:rsidR="005D1797" w:rsidRPr="00A43F66" w:rsidRDefault="005D1797" w:rsidP="005D1797">
      <w:pPr>
        <w:spacing w:after="80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58C054DA" w14:textId="77777777" w:rsidR="005D1797" w:rsidRPr="00A43F66" w:rsidRDefault="005D1797" w:rsidP="005D1797">
      <w:pPr>
        <w:spacing w:before="120" w:after="120"/>
        <w:rPr>
          <w:rFonts w:ascii="TH SarabunPSK" w:hAnsi="TH SarabunPSK" w:cs="TH SarabunPSK"/>
          <w:noProof/>
          <w:lang w:bidi="th-TH"/>
        </w:rPr>
      </w:pPr>
    </w:p>
    <w:p w14:paraId="65841492" w14:textId="77777777" w:rsidR="005D1797" w:rsidRPr="00A43F66" w:rsidRDefault="005D1797" w:rsidP="005D1797">
      <w:pPr>
        <w:spacing w:after="0"/>
        <w:jc w:val="center"/>
        <w:rPr>
          <w:rFonts w:ascii="TH SarabunPSK" w:hAnsi="TH SarabunPSK" w:cs="TH SarabunPSK"/>
          <w:noProof/>
          <w:szCs w:val="32"/>
          <w:lang w:bidi="th-TH"/>
        </w:rPr>
      </w:pPr>
    </w:p>
    <w:p w14:paraId="17161C07" w14:textId="77777777" w:rsidR="005D1797" w:rsidRPr="00A43F66" w:rsidRDefault="005D1797" w:rsidP="005D1797">
      <w:pPr>
        <w:spacing w:after="0"/>
        <w:jc w:val="center"/>
        <w:rPr>
          <w:rFonts w:ascii="TH SarabunPSK" w:hAnsi="TH SarabunPSK" w:cs="TH SarabunPSK"/>
          <w:noProof/>
          <w:szCs w:val="32"/>
          <w:lang w:bidi="th-TH"/>
        </w:rPr>
      </w:pPr>
    </w:p>
    <w:p w14:paraId="29370457" w14:textId="4408F0D1" w:rsidR="00C90713" w:rsidRPr="00A43F66" w:rsidRDefault="00C90713" w:rsidP="00CF3F77">
      <w:pPr>
        <w:rPr>
          <w:rFonts w:ascii="TH SarabunPSK" w:hAnsi="TH SarabunPSK" w:cs="TH SarabunPSK" w:hint="cs"/>
          <w:noProof/>
          <w:lang w:bidi="th-TH"/>
        </w:rPr>
      </w:pPr>
    </w:p>
    <w:sectPr w:rsidR="00C90713" w:rsidRPr="00A43F66" w:rsidSect="00E03A8B">
      <w:pgSz w:w="11906" w:h="16838" w:code="9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PSK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451F98"/>
    <w:multiLevelType w:val="hybridMultilevel"/>
    <w:tmpl w:val="F1887F02"/>
    <w:lvl w:ilvl="0" w:tplc="2E8C35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88621">
    <w:abstractNumId w:val="8"/>
  </w:num>
  <w:num w:numId="2" w16cid:durableId="1970472454">
    <w:abstractNumId w:val="6"/>
  </w:num>
  <w:num w:numId="3" w16cid:durableId="242373539">
    <w:abstractNumId w:val="5"/>
  </w:num>
  <w:num w:numId="4" w16cid:durableId="1999570666">
    <w:abstractNumId w:val="4"/>
  </w:num>
  <w:num w:numId="5" w16cid:durableId="523399385">
    <w:abstractNumId w:val="7"/>
  </w:num>
  <w:num w:numId="6" w16cid:durableId="1298990026">
    <w:abstractNumId w:val="3"/>
  </w:num>
  <w:num w:numId="7" w16cid:durableId="1140223512">
    <w:abstractNumId w:val="2"/>
  </w:num>
  <w:num w:numId="8" w16cid:durableId="2057653676">
    <w:abstractNumId w:val="1"/>
  </w:num>
  <w:num w:numId="9" w16cid:durableId="2032678834">
    <w:abstractNumId w:val="0"/>
  </w:num>
  <w:num w:numId="10" w16cid:durableId="1745494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22B"/>
    <w:rsid w:val="00034616"/>
    <w:rsid w:val="00036C34"/>
    <w:rsid w:val="000449E0"/>
    <w:rsid w:val="0006063C"/>
    <w:rsid w:val="000E0223"/>
    <w:rsid w:val="0015074B"/>
    <w:rsid w:val="001A07E6"/>
    <w:rsid w:val="001C191D"/>
    <w:rsid w:val="001F2824"/>
    <w:rsid w:val="00217442"/>
    <w:rsid w:val="00270685"/>
    <w:rsid w:val="0029639D"/>
    <w:rsid w:val="002A78DF"/>
    <w:rsid w:val="002E4440"/>
    <w:rsid w:val="00326F90"/>
    <w:rsid w:val="00366272"/>
    <w:rsid w:val="003756B7"/>
    <w:rsid w:val="003768BA"/>
    <w:rsid w:val="003C7770"/>
    <w:rsid w:val="003E61BA"/>
    <w:rsid w:val="0041452A"/>
    <w:rsid w:val="00437A60"/>
    <w:rsid w:val="00465B5B"/>
    <w:rsid w:val="00533F44"/>
    <w:rsid w:val="00586D6D"/>
    <w:rsid w:val="005C1A41"/>
    <w:rsid w:val="005C3308"/>
    <w:rsid w:val="005D1797"/>
    <w:rsid w:val="005E7FC6"/>
    <w:rsid w:val="00636844"/>
    <w:rsid w:val="00684DEA"/>
    <w:rsid w:val="006A1F59"/>
    <w:rsid w:val="006B403E"/>
    <w:rsid w:val="006F723A"/>
    <w:rsid w:val="00703F48"/>
    <w:rsid w:val="00722AC3"/>
    <w:rsid w:val="00737CCB"/>
    <w:rsid w:val="00870F00"/>
    <w:rsid w:val="008C041C"/>
    <w:rsid w:val="008D182E"/>
    <w:rsid w:val="00911FE9"/>
    <w:rsid w:val="0092426F"/>
    <w:rsid w:val="009A0AED"/>
    <w:rsid w:val="00A05AF3"/>
    <w:rsid w:val="00A43F66"/>
    <w:rsid w:val="00AA0C63"/>
    <w:rsid w:val="00AA1D8D"/>
    <w:rsid w:val="00AA3C58"/>
    <w:rsid w:val="00AB17F5"/>
    <w:rsid w:val="00AB33F2"/>
    <w:rsid w:val="00AE2B5B"/>
    <w:rsid w:val="00AE6510"/>
    <w:rsid w:val="00B00ABD"/>
    <w:rsid w:val="00B01908"/>
    <w:rsid w:val="00B47730"/>
    <w:rsid w:val="00B7301F"/>
    <w:rsid w:val="00B87DCE"/>
    <w:rsid w:val="00C2647F"/>
    <w:rsid w:val="00C42E65"/>
    <w:rsid w:val="00C90713"/>
    <w:rsid w:val="00CB0664"/>
    <w:rsid w:val="00CD54BF"/>
    <w:rsid w:val="00CF3F77"/>
    <w:rsid w:val="00CF6239"/>
    <w:rsid w:val="00D265B7"/>
    <w:rsid w:val="00D37457"/>
    <w:rsid w:val="00D53488"/>
    <w:rsid w:val="00D9337B"/>
    <w:rsid w:val="00DD6B6B"/>
    <w:rsid w:val="00E03A8B"/>
    <w:rsid w:val="00E62B67"/>
    <w:rsid w:val="00E6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C65357"/>
  <w14:defaultImageDpi w14:val="300"/>
  <w15:docId w15:val="{8AFD3A7B-268C-449E-9030-9249641A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H Sarabun PSK" w:hAnsi="TH Sarabun PSK" w:cs="TH Sarabun 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722B"/>
    <w:pPr>
      <w:spacing w:after="0" w:line="240" w:lineRule="auto"/>
    </w:pPr>
    <w:rPr>
      <w:rFonts w:ascii="Leelawadee" w:hAnsi="Leelawadee" w:cs="Leelawade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22B"/>
    <w:rPr>
      <w:rFonts w:ascii="Leelawadee" w:hAnsi="Leelawadee" w:cs="Leelawade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E2674F-8B6F-4879-8B58-E4029F4C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Surasak Wongsanti</cp:lastModifiedBy>
  <cp:revision>6</cp:revision>
  <cp:lastPrinted>2026-09-02T02:49:00Z</cp:lastPrinted>
  <dcterms:created xsi:type="dcterms:W3CDTF">2026-09-21T07:41:00Z</dcterms:created>
  <dcterms:modified xsi:type="dcterms:W3CDTF">2026-09-21T08:18:00Z</dcterms:modified>
  <cp:category/>
</cp:coreProperties>
</file>