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348BC" w14:textId="77777777" w:rsidR="00737CCB" w:rsidRPr="00A43F66" w:rsidRDefault="0000722B" w:rsidP="00AB17F5">
      <w:pPr>
        <w:spacing w:after="0" w:line="240" w:lineRule="auto"/>
        <w:jc w:val="center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แบบแสดงหลักฐานการมีส่วนร่วมในผลงานทางวิชาการเฉพาะด้าน</w:t>
      </w:r>
    </w:p>
    <w:p w14:paraId="4E4A2F2F" w14:textId="77777777" w:rsidR="00737CCB" w:rsidRPr="00A43F66" w:rsidRDefault="0000722B" w:rsidP="00437A60">
      <w:pPr>
        <w:spacing w:after="0" w:line="240" w:lineRule="auto"/>
        <w:rPr>
          <w:rFonts w:ascii="TH SarabunPSK" w:hAnsi="TH SarabunPSK" w:cs="TH SarabunPSK"/>
          <w:noProof/>
          <w:u w:val="single"/>
          <w:lang w:bidi="th-TH"/>
        </w:rPr>
      </w:pPr>
      <w:r w:rsidRPr="00A43F66">
        <w:rPr>
          <w:rFonts w:ascii="TH SarabunPSK" w:hAnsi="TH SarabunPSK" w:cs="TH SarabunPSK"/>
          <w:b/>
          <w:bCs/>
          <w:noProof/>
          <w:szCs w:val="32"/>
          <w:u w:val="single"/>
          <w:cs/>
          <w:lang w:bidi="th-TH"/>
        </w:rPr>
        <w:t>ผลงานทางวิชาการเฉพาะด้าน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57"/>
        <w:gridCol w:w="4169"/>
      </w:tblGrid>
      <w:tr w:rsidR="00737CCB" w:rsidRPr="00A43F66" w14:paraId="2AB0DD20" w14:textId="77777777">
        <w:trPr>
          <w:jc w:val="center"/>
        </w:trPr>
        <w:tc>
          <w:tcPr>
            <w:tcW w:w="5040" w:type="dxa"/>
          </w:tcPr>
          <w:p w14:paraId="0F010494" w14:textId="1E33EAEB" w:rsidR="00737CCB" w:rsidRPr="00A43F66" w:rsidRDefault="005C1A41" w:rsidP="00AA3C58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437A6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ผลงานรับใช้ท้องถิ่นและสังคม</w:t>
            </w:r>
          </w:p>
        </w:tc>
        <w:tc>
          <w:tcPr>
            <w:tcW w:w="4320" w:type="dxa"/>
          </w:tcPr>
          <w:p w14:paraId="351967D3" w14:textId="28EEA53D" w:rsidR="00737CCB" w:rsidRPr="00A43F66" w:rsidRDefault="0000722B" w:rsidP="00437A60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5C1A41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ผลงานนวัตกรรม</w:t>
            </w:r>
          </w:p>
        </w:tc>
      </w:tr>
      <w:tr w:rsidR="00737CCB" w:rsidRPr="00A43F66" w14:paraId="2DDF7BD4" w14:textId="77777777">
        <w:trPr>
          <w:jc w:val="center"/>
        </w:trPr>
        <w:tc>
          <w:tcPr>
            <w:tcW w:w="5040" w:type="dxa"/>
          </w:tcPr>
          <w:p w14:paraId="5E1FD570" w14:textId="055462FD" w:rsidR="00737CCB" w:rsidRPr="00A43F66" w:rsidRDefault="005C1A41" w:rsidP="00AA3C58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437A6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ผลงานสร้างสรรค์ด้านสุนทรียะ ศิลปะ</w:t>
            </w:r>
          </w:p>
        </w:tc>
        <w:tc>
          <w:tcPr>
            <w:tcW w:w="4320" w:type="dxa"/>
          </w:tcPr>
          <w:p w14:paraId="064C081A" w14:textId="6645D3B9" w:rsidR="00737CCB" w:rsidRPr="00A43F66" w:rsidRDefault="0000722B" w:rsidP="00437A60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="00AA3C58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ผลงานศาสนา</w:t>
            </w:r>
          </w:p>
        </w:tc>
      </w:tr>
      <w:tr w:rsidR="00737CCB" w:rsidRPr="00A43F66" w14:paraId="4A81D27F" w14:textId="77777777">
        <w:trPr>
          <w:jc w:val="center"/>
        </w:trPr>
        <w:tc>
          <w:tcPr>
            <w:tcW w:w="5040" w:type="dxa"/>
          </w:tcPr>
          <w:p w14:paraId="719E3833" w14:textId="34A05FFC" w:rsidR="00737CCB" w:rsidRPr="00A43F66" w:rsidRDefault="005C1A41" w:rsidP="00AA3C58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      </w:t>
            </w:r>
            <w:r w:rsidRPr="00A43F66">
              <w:rPr>
                <w:rFonts w:ascii="Segoe UI Symbol" w:hAnsi="Segoe UI Symbol" w:cs="Segoe UI Symbol" w:hint="cs"/>
                <w:noProof/>
                <w:szCs w:val="32"/>
                <w:cs/>
                <w:lang w:bidi="th-TH"/>
              </w:rPr>
              <w:t>☐</w:t>
            </w:r>
            <w:r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 xml:space="preserve"> </w:t>
            </w:r>
            <w:r w:rsidR="00437A60" w:rsidRPr="00A43F66">
              <w:rPr>
                <w:rFonts w:ascii="TH SarabunPSK" w:hAnsi="TH SarabunPSK" w:cs="TH SarabunPSK"/>
                <w:noProof/>
                <w:szCs w:val="32"/>
                <w:cs/>
                <w:lang w:bidi="th-TH"/>
              </w:rPr>
              <w:t>ผลงานการสอน</w:t>
            </w:r>
          </w:p>
        </w:tc>
        <w:tc>
          <w:tcPr>
            <w:tcW w:w="4320" w:type="dxa"/>
          </w:tcPr>
          <w:p w14:paraId="5DDEE19B" w14:textId="77777777" w:rsidR="00737CCB" w:rsidRPr="00A43F66" w:rsidRDefault="00737CCB" w:rsidP="00437A60">
            <w:pPr>
              <w:spacing w:after="0" w:line="240" w:lineRule="auto"/>
              <w:rPr>
                <w:rFonts w:ascii="TH SarabunPSK" w:hAnsi="TH SarabunPSK" w:cs="TH SarabunPSK"/>
                <w:noProof/>
                <w:lang w:bidi="th-TH"/>
              </w:rPr>
            </w:pPr>
          </w:p>
        </w:tc>
      </w:tr>
    </w:tbl>
    <w:p w14:paraId="71752E25" w14:textId="4BEE8872" w:rsidR="00737CCB" w:rsidRPr="00A43F66" w:rsidRDefault="00E62B67" w:rsidP="00E62B67">
      <w:pPr>
        <w:spacing w:after="0" w:line="240" w:lineRule="auto"/>
        <w:jc w:val="thaiDistribute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ab/>
      </w:r>
      <w:r w:rsidR="00437A60" w:rsidRPr="00A43F66">
        <w:rPr>
          <w:rFonts w:ascii="TH SarabunPSK" w:hAnsi="TH SarabunPSK" w:cs="TH SarabunPSK"/>
          <w:noProof/>
          <w:szCs w:val="32"/>
          <w:cs/>
          <w:lang w:bidi="th-TH"/>
        </w:rPr>
        <w:t>ผู้ขอกำหนดตำแหน่งต้องระบุสัดส่วนการมีส่วนร่วมบทบาทหน้าที่ความรับผิดชอบของผู้ร่วมงาน</w:t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br/>
      </w:r>
      <w:r w:rsidR="00437A60" w:rsidRPr="00A43F66">
        <w:rPr>
          <w:rFonts w:ascii="TH SarabunPSK" w:hAnsi="TH SarabunPSK" w:cs="TH SarabunPSK"/>
          <w:noProof/>
          <w:szCs w:val="32"/>
          <w:cs/>
          <w:lang w:bidi="th-TH"/>
        </w:rPr>
        <w:t>ทุก</w:t>
      </w:r>
      <w:r w:rsidR="009A0AED" w:rsidRPr="00A43F66">
        <w:rPr>
          <w:rFonts w:ascii="TH SarabunPSK" w:hAnsi="TH SarabunPSK" w:cs="TH SarabunPSK"/>
          <w:noProof/>
          <w:szCs w:val="32"/>
          <w:cs/>
          <w:lang w:bidi="th-TH"/>
        </w:rPr>
        <w:t>คน</w:t>
      </w:r>
      <w:r w:rsidR="00437A60" w:rsidRPr="00A43F66">
        <w:rPr>
          <w:rFonts w:ascii="TH SarabunPSK" w:hAnsi="TH SarabunPSK" w:cs="TH SarabunPSK"/>
          <w:noProof/>
          <w:szCs w:val="32"/>
          <w:cs/>
          <w:lang w:bidi="th-TH"/>
        </w:rPr>
        <w:t>ให้ครบถ้วน</w:t>
      </w:r>
    </w:p>
    <w:p w14:paraId="377843BE" w14:textId="75D6B51E" w:rsidR="00737CCB" w:rsidRPr="00A43F66" w:rsidRDefault="00C90713" w:rsidP="00437A60">
      <w:pPr>
        <w:spacing w:after="0" w:line="240" w:lineRule="auto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lang w:bidi="th-TH"/>
        </w:rPr>
        <w:tab/>
      </w: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ผู้ร่วมงานจำนวน.........คน แต่ละคนมีส่วนร่วมดังนี้: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4"/>
        <w:gridCol w:w="2105"/>
        <w:gridCol w:w="3877"/>
      </w:tblGrid>
      <w:tr w:rsidR="00437A60" w:rsidRPr="00A43F66" w14:paraId="3F00D8CB" w14:textId="77777777" w:rsidTr="00437A60">
        <w:trPr>
          <w:trHeight w:val="1220"/>
          <w:jc w:val="center"/>
        </w:trPr>
        <w:tc>
          <w:tcPr>
            <w:tcW w:w="310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76FE32" w14:textId="77777777" w:rsidR="00437A60" w:rsidRPr="00A43F66" w:rsidRDefault="00437A6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noProof/>
                <w:cs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(๑)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Cs/>
                <w:noProof/>
                <w:sz w:val="42"/>
                <w:szCs w:val="32"/>
                <w:cs/>
                <w:lang w:bidi="th-TH"/>
              </w:rPr>
              <w:t>ชื่อผู้ร่วมงาน</w:t>
            </w:r>
          </w:p>
        </w:tc>
        <w:tc>
          <w:tcPr>
            <w:tcW w:w="214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C0274CC" w14:textId="77777777" w:rsidR="00437A60" w:rsidRPr="00A43F66" w:rsidRDefault="00437A6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(๒)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ปริมาณงานร้อยละ</w:t>
            </w:r>
          </w:p>
        </w:tc>
        <w:tc>
          <w:tcPr>
            <w:tcW w:w="397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547652B" w14:textId="0E3FA911" w:rsidR="00437A60" w:rsidRPr="00A43F66" w:rsidRDefault="00437A60" w:rsidP="006F723A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lang w:bidi="th-TH"/>
              </w:rPr>
            </w:pPr>
            <w:r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(๓)</w:t>
            </w:r>
            <w:r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รายละเอียดบทบาท</w:t>
            </w:r>
            <w:r w:rsidR="009A0AED" w:rsidRPr="00A43F66">
              <w:rPr>
                <w:rFonts w:ascii="TH SarabunPSK" w:hAnsi="TH SarabunPSK" w:cs="TH SarabunPSK"/>
                <w:bCs/>
                <w:noProof/>
                <w:sz w:val="44"/>
                <w:szCs w:val="32"/>
                <w:cs/>
                <w:lang w:bidi="th-TH"/>
              </w:rPr>
              <w:t>และ</w:t>
            </w:r>
            <w:r w:rsidR="009A0AED" w:rsidRPr="00A43F66">
              <w:rPr>
                <w:rFonts w:ascii="TH SarabunPSK" w:hAnsi="TH SarabunPSK" w:cs="TH SarabunPSK"/>
                <w:b/>
                <w:noProof/>
                <w:lang w:bidi="th-TH"/>
              </w:rPr>
              <w:br/>
            </w:r>
            <w:r w:rsidR="009A0AED" w:rsidRPr="00A43F66">
              <w:rPr>
                <w:rFonts w:ascii="TH SarabunPSK" w:hAnsi="TH SarabunPSK" w:cs="TH SarabunPSK"/>
                <w:b/>
                <w:bCs/>
                <w:noProof/>
                <w:szCs w:val="32"/>
                <w:cs/>
                <w:lang w:bidi="th-TH"/>
              </w:rPr>
              <w:t>หน้าที่ความรับผิดชอบ</w:t>
            </w:r>
          </w:p>
        </w:tc>
      </w:tr>
      <w:tr w:rsidR="00437A60" w:rsidRPr="00A43F66" w14:paraId="7C657163" w14:textId="77777777" w:rsidTr="00AB17F5">
        <w:trPr>
          <w:trHeight w:val="3101"/>
          <w:jc w:val="center"/>
        </w:trPr>
        <w:tc>
          <w:tcPr>
            <w:tcW w:w="310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89CA1A" w14:textId="77777777" w:rsidR="00437A60" w:rsidRPr="00A43F66" w:rsidRDefault="00437A6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2149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71AFF92" w14:textId="77777777" w:rsidR="00437A60" w:rsidRPr="00A43F66" w:rsidRDefault="00437A6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  <w:tc>
          <w:tcPr>
            <w:tcW w:w="3972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1CB3963" w14:textId="77777777" w:rsidR="00437A60" w:rsidRPr="00A43F66" w:rsidRDefault="00437A60" w:rsidP="006F723A">
            <w:pPr>
              <w:spacing w:after="0"/>
              <w:jc w:val="center"/>
              <w:rPr>
                <w:rFonts w:ascii="TH SarabunPSK" w:hAnsi="TH SarabunPSK" w:cs="TH SarabunPSK"/>
                <w:b/>
                <w:noProof/>
                <w:lang w:bidi="th-TH"/>
              </w:rPr>
            </w:pPr>
          </w:p>
        </w:tc>
      </w:tr>
    </w:tbl>
    <w:p w14:paraId="0BB5A5E5" w14:textId="77777777" w:rsidR="00437A60" w:rsidRPr="00A43F66" w:rsidRDefault="00437A60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</w:p>
    <w:p w14:paraId="2220965F" w14:textId="4A90BB45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.....................</w:t>
      </w:r>
    </w:p>
    <w:p w14:paraId="57357A80" w14:textId="77777777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39A95EFC" w14:textId="59C6F6E9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.....................</w:t>
      </w:r>
    </w:p>
    <w:p w14:paraId="31ADC543" w14:textId="77777777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72755B67" w14:textId="6A8AF851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.....................</w:t>
      </w:r>
    </w:p>
    <w:p w14:paraId="1B4063E0" w14:textId="77777777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104439C2" w14:textId="70652DFD" w:rsidR="00737CCB" w:rsidRPr="00A43F66" w:rsidRDefault="0000722B" w:rsidP="00437A60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ลงชื่อ ............................................</w:t>
      </w:r>
      <w:r w:rsidR="002A78DF" w:rsidRPr="00A43F66">
        <w:rPr>
          <w:rFonts w:ascii="TH SarabunPSK" w:hAnsi="TH SarabunPSK" w:cs="TH SarabunPSK"/>
          <w:noProof/>
          <w:szCs w:val="32"/>
          <w:cs/>
          <w:lang w:bidi="th-TH"/>
        </w:rPr>
        <w:t>....................</w:t>
      </w:r>
      <w:r w:rsidR="002A78DF" w:rsidRPr="00A43F66">
        <w:rPr>
          <w:rFonts w:ascii="TH SarabunPSK" w:hAnsi="TH SarabunPSK" w:cs="TH SarabunPSK"/>
          <w:noProof/>
          <w:lang w:bidi="th-TH"/>
        </w:rPr>
        <w:t>.</w:t>
      </w:r>
    </w:p>
    <w:p w14:paraId="070DD1AB" w14:textId="38313463" w:rsidR="00AB17F5" w:rsidRPr="00A43F66" w:rsidRDefault="0000722B" w:rsidP="00AB17F5">
      <w:pPr>
        <w:spacing w:after="0" w:line="240" w:lineRule="auto"/>
        <w:jc w:val="right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szCs w:val="32"/>
          <w:cs/>
          <w:lang w:bidi="th-TH"/>
        </w:rPr>
        <w:t>(............................................................)</w:t>
      </w:r>
    </w:p>
    <w:p w14:paraId="759D586E" w14:textId="77777777" w:rsidR="00703F48" w:rsidRPr="00A43F66" w:rsidRDefault="00CD54BF" w:rsidP="00CD54BF">
      <w:pPr>
        <w:spacing w:before="480" w:after="80"/>
        <w:rPr>
          <w:rFonts w:ascii="TH SarabunPSK" w:hAnsi="TH SarabunPSK" w:cs="TH SarabunPSK"/>
          <w:noProof/>
          <w:lang w:bidi="th-TH"/>
        </w:rPr>
      </w:pPr>
      <w:r w:rsidRPr="00A43F66">
        <w:rPr>
          <w:rFonts w:ascii="TH SarabunPSK" w:hAnsi="TH SarabunPSK" w:cs="TH SarabunPSK"/>
          <w:noProof/>
          <w:cs/>
          <w:lang w:bidi="th-TH"/>
        </w:rPr>
        <w:tab/>
      </w:r>
    </w:p>
    <w:p w14:paraId="29370457" w14:textId="4408F0D1" w:rsidR="00C90713" w:rsidRPr="00A43F66" w:rsidRDefault="00C90713" w:rsidP="00684DEA">
      <w:pPr>
        <w:jc w:val="right"/>
        <w:rPr>
          <w:rFonts w:ascii="TH SarabunPSK" w:hAnsi="TH SarabunPSK" w:cs="TH SarabunPSK"/>
          <w:noProof/>
          <w:lang w:bidi="th-TH"/>
        </w:rPr>
      </w:pPr>
    </w:p>
    <w:sectPr w:rsidR="00C90713" w:rsidRPr="00A43F66" w:rsidSect="00E03A8B">
      <w:pgSz w:w="11906" w:h="16838" w:code="9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PSK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451F98"/>
    <w:multiLevelType w:val="hybridMultilevel"/>
    <w:tmpl w:val="F1887F02"/>
    <w:lvl w:ilvl="0" w:tplc="2E8C35A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88621">
    <w:abstractNumId w:val="8"/>
  </w:num>
  <w:num w:numId="2" w16cid:durableId="1970472454">
    <w:abstractNumId w:val="6"/>
  </w:num>
  <w:num w:numId="3" w16cid:durableId="242373539">
    <w:abstractNumId w:val="5"/>
  </w:num>
  <w:num w:numId="4" w16cid:durableId="1999570666">
    <w:abstractNumId w:val="4"/>
  </w:num>
  <w:num w:numId="5" w16cid:durableId="523399385">
    <w:abstractNumId w:val="7"/>
  </w:num>
  <w:num w:numId="6" w16cid:durableId="1298990026">
    <w:abstractNumId w:val="3"/>
  </w:num>
  <w:num w:numId="7" w16cid:durableId="1140223512">
    <w:abstractNumId w:val="2"/>
  </w:num>
  <w:num w:numId="8" w16cid:durableId="2057653676">
    <w:abstractNumId w:val="1"/>
  </w:num>
  <w:num w:numId="9" w16cid:durableId="2032678834">
    <w:abstractNumId w:val="0"/>
  </w:num>
  <w:num w:numId="10" w16cid:durableId="1745494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22B"/>
    <w:rsid w:val="00034616"/>
    <w:rsid w:val="00036C34"/>
    <w:rsid w:val="000449E0"/>
    <w:rsid w:val="0006063C"/>
    <w:rsid w:val="000E0223"/>
    <w:rsid w:val="0015074B"/>
    <w:rsid w:val="001A07E6"/>
    <w:rsid w:val="001C191D"/>
    <w:rsid w:val="001D411E"/>
    <w:rsid w:val="001F2824"/>
    <w:rsid w:val="00217442"/>
    <w:rsid w:val="00270685"/>
    <w:rsid w:val="0029639D"/>
    <w:rsid w:val="002A78DF"/>
    <w:rsid w:val="002D6224"/>
    <w:rsid w:val="002E4440"/>
    <w:rsid w:val="00326F90"/>
    <w:rsid w:val="00366272"/>
    <w:rsid w:val="003756B7"/>
    <w:rsid w:val="003768BA"/>
    <w:rsid w:val="003C7770"/>
    <w:rsid w:val="003E61BA"/>
    <w:rsid w:val="0041452A"/>
    <w:rsid w:val="00437A60"/>
    <w:rsid w:val="00465B5B"/>
    <w:rsid w:val="00533F44"/>
    <w:rsid w:val="00586D6D"/>
    <w:rsid w:val="005C1A41"/>
    <w:rsid w:val="005C3308"/>
    <w:rsid w:val="005D1797"/>
    <w:rsid w:val="00636844"/>
    <w:rsid w:val="00684DEA"/>
    <w:rsid w:val="006A1F59"/>
    <w:rsid w:val="006B403E"/>
    <w:rsid w:val="006F723A"/>
    <w:rsid w:val="00703F48"/>
    <w:rsid w:val="00722AC3"/>
    <w:rsid w:val="00737CCB"/>
    <w:rsid w:val="00870F00"/>
    <w:rsid w:val="008C041C"/>
    <w:rsid w:val="008D182E"/>
    <w:rsid w:val="00911FE9"/>
    <w:rsid w:val="0092426F"/>
    <w:rsid w:val="009A0AED"/>
    <w:rsid w:val="00A05AF3"/>
    <w:rsid w:val="00A43F66"/>
    <w:rsid w:val="00AA0C63"/>
    <w:rsid w:val="00AA1D8D"/>
    <w:rsid w:val="00AA3C58"/>
    <w:rsid w:val="00AB17F5"/>
    <w:rsid w:val="00AB33F2"/>
    <w:rsid w:val="00AE2B5B"/>
    <w:rsid w:val="00AE6510"/>
    <w:rsid w:val="00B00ABD"/>
    <w:rsid w:val="00B01908"/>
    <w:rsid w:val="00B47730"/>
    <w:rsid w:val="00B7301F"/>
    <w:rsid w:val="00B87DCE"/>
    <w:rsid w:val="00C2647F"/>
    <w:rsid w:val="00C42E65"/>
    <w:rsid w:val="00C90713"/>
    <w:rsid w:val="00CB0664"/>
    <w:rsid w:val="00CD54BF"/>
    <w:rsid w:val="00CF6239"/>
    <w:rsid w:val="00D265B7"/>
    <w:rsid w:val="00D37457"/>
    <w:rsid w:val="00D53488"/>
    <w:rsid w:val="00D9337B"/>
    <w:rsid w:val="00DD6B6B"/>
    <w:rsid w:val="00E03A8B"/>
    <w:rsid w:val="00E62B67"/>
    <w:rsid w:val="00E641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C65357"/>
  <w14:defaultImageDpi w14:val="300"/>
  <w15:docId w15:val="{8AFD3A7B-268C-449E-9030-9249641A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H Sarabun PSK" w:hAnsi="TH Sarabun PSK" w:cs="TH Sarabun 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0722B"/>
    <w:pPr>
      <w:spacing w:after="0" w:line="240" w:lineRule="auto"/>
    </w:pPr>
    <w:rPr>
      <w:rFonts w:ascii="Leelawadee" w:hAnsi="Leelawadee" w:cs="Leelawade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22B"/>
    <w:rPr>
      <w:rFonts w:ascii="Leelawadee" w:hAnsi="Leelawadee" w:cs="Leelawade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E2674F-8B6F-4879-8B58-E4029F4C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Surasak Wongsanti</cp:lastModifiedBy>
  <cp:revision>6</cp:revision>
  <cp:lastPrinted>2026-09-02T02:49:00Z</cp:lastPrinted>
  <dcterms:created xsi:type="dcterms:W3CDTF">2026-09-21T07:41:00Z</dcterms:created>
  <dcterms:modified xsi:type="dcterms:W3CDTF">2026-09-21T08:18:00Z</dcterms:modified>
  <cp:category/>
</cp:coreProperties>
</file>