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58EC" w14:textId="09B9ED40" w:rsidR="00722AC3" w:rsidRPr="00A43F66" w:rsidRDefault="00B05748" w:rsidP="00B05748">
      <w:pPr>
        <w:spacing w:after="240" w:line="240" w:lineRule="auto"/>
        <w:jc w:val="center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EVIDENCE OF CONTRIBUTION TO GENERAL ACADEMIC WORK</w:t>
      </w:r>
    </w:p>
    <w:p w14:paraId="0D2B2623" w14:textId="2EAD64E0" w:rsidR="00722AC3" w:rsidRPr="00A43F66" w:rsidRDefault="00B05748" w:rsidP="00B81E90">
      <w:pPr>
        <w:spacing w:after="160" w:line="240" w:lineRule="auto"/>
        <w:rPr>
          <w:rFonts w:ascii="TH SarabunPSK" w:hAnsi="TH SarabunPSK" w:cs="TH SarabunPSK"/>
          <w:noProof/>
          <w:lang w:bidi="th-TH"/>
        </w:rPr>
      </w:pPr>
      <w:r>
        <w:rPr>
          <w:rFonts w:ascii="TH SarabunPSK" w:hAnsi="TH SarabunPSK" w:cs="TH SarabunPSK"/>
          <w:b/>
          <w:bCs/>
          <w:noProof/>
          <w:szCs w:val="32"/>
          <w:u w:val="single"/>
          <w:lang w:bidi="th-TH"/>
        </w:rPr>
        <w:t>GROUP 1</w:t>
      </w:r>
      <w:r w:rsidR="00722AC3"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noProof/>
          <w:szCs w:val="32"/>
          <w:lang w:bidi="th-TH"/>
        </w:rPr>
        <w:t>RESEARCH</w:t>
      </w:r>
      <w:r w:rsidR="00722AC3"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 </w:t>
      </w:r>
    </w:p>
    <w:p w14:paraId="346CEEA6" w14:textId="77777777" w:rsidR="00B05748" w:rsidRDefault="00B05748" w:rsidP="00B05748">
      <w:pPr>
        <w:pStyle w:val="ListParagraph"/>
        <w:numPr>
          <w:ilvl w:val="0"/>
          <w:numId w:val="11"/>
        </w:numPr>
        <w:spacing w:after="0"/>
        <w:ind w:left="284" w:hanging="284"/>
        <w:rPr>
          <w:rFonts w:ascii="TH SarabunPSK" w:hAnsi="TH SarabunPSK" w:cs="TH SarabunPSK"/>
          <w:szCs w:val="40"/>
        </w:rPr>
      </w:pPr>
      <w:r w:rsidRPr="00E35F53">
        <w:rPr>
          <w:rFonts w:ascii="TH SarabunPSK" w:hAnsi="TH SarabunPSK" w:cs="TH SarabunPSK"/>
          <w:szCs w:val="40"/>
        </w:rPr>
        <w:t>Title _________________________________________________________________________</w:t>
      </w:r>
    </w:p>
    <w:p w14:paraId="520C1984" w14:textId="4B608D91" w:rsidR="00B05748" w:rsidRPr="00B05748" w:rsidRDefault="00B05748" w:rsidP="00B81E90">
      <w:pPr>
        <w:spacing w:after="160"/>
        <w:rPr>
          <w:rFonts w:hint="eastAsia"/>
        </w:rPr>
      </w:pPr>
      <w:r>
        <w:rPr>
          <w:rFonts w:ascii="TH SarabunPSK" w:hAnsi="TH SarabunPSK" w:cs="TH SarabunPSK"/>
          <w:szCs w:val="40"/>
        </w:rPr>
        <w:t>_____________________________________________________________________________</w:t>
      </w:r>
      <w:r w:rsidR="005E4220">
        <w:rPr>
          <w:rFonts w:ascii="TH SarabunPSK" w:hAnsi="TH SarabunPSK" w:cs="TH SarabunPSK"/>
          <w:szCs w:val="40"/>
        </w:rPr>
        <w:t>___</w:t>
      </w:r>
    </w:p>
    <w:p w14:paraId="353BB42C" w14:textId="77777777" w:rsidR="00B05748" w:rsidRDefault="00B05748" w:rsidP="00B05748">
      <w:pPr>
        <w:pStyle w:val="ListParagraph"/>
        <w:numPr>
          <w:ilvl w:val="0"/>
          <w:numId w:val="11"/>
        </w:numPr>
        <w:spacing w:before="120" w:after="120" w:line="240" w:lineRule="auto"/>
        <w:ind w:left="284" w:hanging="284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Status of requester </w:t>
      </w:r>
    </w:p>
    <w:p w14:paraId="4E7BBFF2" w14:textId="5BF05EC3" w:rsidR="00B05748" w:rsidRPr="00B05748" w:rsidRDefault="00B05748" w:rsidP="00B05748">
      <w:pPr>
        <w:spacing w:after="0" w:line="240" w:lineRule="auto"/>
        <w:rPr>
          <w:rFonts w:ascii="TH SarabunPSK" w:hAnsi="TH SarabunPSK" w:cs="TH SarabunPSK"/>
          <w:szCs w:val="40"/>
        </w:rPr>
      </w:pPr>
      <w:r>
        <w:sym w:font="Wingdings" w:char="F06F"/>
      </w:r>
      <w:r w:rsidRPr="00B05748">
        <w:rPr>
          <w:rFonts w:ascii="TH SarabunPSK" w:hAnsi="TH SarabunPSK" w:cs="TH SarabunPSK"/>
          <w:szCs w:val="40"/>
        </w:rPr>
        <w:t xml:space="preserve">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First Author</w:t>
      </w:r>
    </w:p>
    <w:p w14:paraId="7C7F7715" w14:textId="6C8C23E4" w:rsidR="00B05748" w:rsidRPr="00B05748" w:rsidRDefault="00B05748" w:rsidP="00B05748">
      <w:pPr>
        <w:spacing w:after="0" w:line="240" w:lineRule="auto"/>
        <w:rPr>
          <w:rFonts w:ascii="TH SarabunPSK" w:hAnsi="TH SarabunPSK" w:cs="TH SarabunPSK"/>
          <w:szCs w:val="40"/>
        </w:rPr>
      </w:pPr>
      <w:r>
        <w:sym w:font="Wingdings" w:char="F06F"/>
      </w:r>
      <w:r w:rsidRPr="00B05748">
        <w:rPr>
          <w:rFonts w:ascii="TH SarabunPSK" w:hAnsi="TH SarabunPSK" w:cs="TH SarabunPSK"/>
          <w:szCs w:val="40"/>
        </w:rPr>
        <w:t xml:space="preserve">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Corresponding Author</w:t>
      </w:r>
      <w:r w:rsidRPr="00B05748">
        <w:rPr>
          <w:rFonts w:ascii="TH SarabunPSK" w:hAnsi="TH SarabunPSK" w:cs="TH SarabunPSK"/>
          <w:szCs w:val="40"/>
        </w:rPr>
        <w:t xml:space="preserve"> </w:t>
      </w:r>
    </w:p>
    <w:p w14:paraId="41086E78" w14:textId="440CDF13" w:rsidR="00B05748" w:rsidRPr="00B05748" w:rsidRDefault="00B05748" w:rsidP="00B05748">
      <w:pPr>
        <w:spacing w:after="120" w:line="240" w:lineRule="auto"/>
        <w:rPr>
          <w:rFonts w:ascii="TH SarabunPSK" w:hAnsi="TH SarabunPSK" w:cs="TH SarabunPSK"/>
          <w:szCs w:val="40"/>
        </w:rPr>
      </w:pPr>
      <w:r>
        <w:sym w:font="Wingdings" w:char="F06F"/>
      </w:r>
      <w:r w:rsidRPr="00B05748">
        <w:rPr>
          <w:rFonts w:ascii="TH SarabunPSK" w:hAnsi="TH SarabunPSK" w:cs="TH SarabunPSK"/>
          <w:szCs w:val="40"/>
        </w:rPr>
        <w:t xml:space="preserve"> </w:t>
      </w:r>
      <w:r w:rsidRPr="00A43F66">
        <w:rPr>
          <w:rFonts w:ascii="TH SarabunPSK" w:hAnsi="TH SarabunPSK" w:cs="TH SarabunPSK"/>
          <w:noProof/>
          <w:szCs w:val="32"/>
          <w:lang w:bidi="th-TH"/>
        </w:rPr>
        <w:t>Co-author</w:t>
      </w:r>
    </w:p>
    <w:p w14:paraId="43207761" w14:textId="20D0D9CE" w:rsidR="00722AC3" w:rsidRPr="00A43F66" w:rsidRDefault="00722AC3" w:rsidP="00B81E90">
      <w:pPr>
        <w:spacing w:before="120" w:after="160"/>
        <w:jc w:val="thaiDistribute"/>
        <w:rPr>
          <w:rFonts w:ascii="TH SarabunPSK" w:hAnsi="TH SarabunPSK" w:cs="TH SarabunPSK"/>
          <w:noProof/>
          <w:szCs w:val="32"/>
          <w:cs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="00B05748" w:rsidRPr="00A43F66">
        <w:rPr>
          <w:rFonts w:ascii="TH SarabunPSK" w:hAnsi="TH SarabunPSK" w:cs="TH SarabunPSK"/>
          <w:noProof/>
          <w:szCs w:val="32"/>
          <w:cs/>
          <w:lang w:bidi="th-TH"/>
        </w:rPr>
        <w:t>The applicant for an academic position must provide complete details of all co-workers. (Since contributions to academic work are not divided into portions, the roles and responsibilities specified by the applicant will be taken into consideration in the evaluation of the academic work.)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0"/>
        <w:gridCol w:w="3456"/>
      </w:tblGrid>
      <w:tr w:rsidR="00722AC3" w:rsidRPr="00A43F66" w14:paraId="3E5D21BD" w14:textId="77777777" w:rsidTr="004A1482">
        <w:trPr>
          <w:trHeight w:val="448"/>
          <w:tblHeader/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0A99E" w14:textId="3E1066E1" w:rsidR="00722AC3" w:rsidRPr="00A43F66" w:rsidRDefault="00B05748" w:rsidP="004A1482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Details of Contribution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7E305" w14:textId="1BAE7216" w:rsidR="00722AC3" w:rsidRPr="00A43F66" w:rsidRDefault="00B05748" w:rsidP="004A1482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Roles and Responsibilities</w:t>
            </w:r>
          </w:p>
        </w:tc>
      </w:tr>
      <w:tr w:rsidR="00722AC3" w:rsidRPr="00A43F66" w14:paraId="0F8EA044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02A9" w14:textId="6E69BBF1" w:rsidR="00B05748" w:rsidRPr="00A43F66" w:rsidRDefault="00D2567F" w:rsidP="00B05748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a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Initiation of the idea and hypothesis</w:t>
            </w:r>
          </w:p>
          <w:p w14:paraId="6E43D7B8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7A701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53780C26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6454C" w14:textId="254A0705" w:rsidR="00B05748" w:rsidRPr="00A43F66" w:rsidRDefault="00D2567F" w:rsidP="006B337A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b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. </w:t>
            </w:r>
            <w:r w:rsidR="006B337A" w:rsidRPr="006B337A">
              <w:rPr>
                <w:rFonts w:ascii="TH SarabunPSK" w:hAnsi="TH SarabunPSK" w:cs="TH SarabunPSK"/>
                <w:noProof/>
                <w:szCs w:val="32"/>
                <w:lang w:bidi="th-TH"/>
              </w:rPr>
              <w:t xml:space="preserve">Research </w:t>
            </w:r>
            <w:r w:rsidR="006B337A">
              <w:rPr>
                <w:rFonts w:ascii="TH SarabunPSK" w:hAnsi="TH SarabunPSK" w:cs="TH SarabunPSK"/>
                <w:noProof/>
                <w:szCs w:val="32"/>
                <w:lang w:bidi="th-TH"/>
              </w:rPr>
              <w:t>p</w:t>
            </w:r>
            <w:r w:rsidR="006B337A" w:rsidRPr="006B337A">
              <w:rPr>
                <w:rFonts w:ascii="TH SarabunPSK" w:hAnsi="TH SarabunPSK" w:cs="TH SarabunPSK"/>
                <w:noProof/>
                <w:szCs w:val="32"/>
                <w:lang w:bidi="th-TH"/>
              </w:rPr>
              <w:t>ractice</w:t>
            </w:r>
            <w:r w:rsidR="006B337A">
              <w:rPr>
                <w:rFonts w:ascii="TH SarabunPSK" w:hAnsi="TH SarabunPSK" w:cs="TH SarabunPSK"/>
                <w:noProof/>
                <w:szCs w:val="32"/>
                <w:lang w:bidi="th-TH"/>
              </w:rPr>
              <w:t>,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participation in experimental design, experiments, testing, measurement instruments, data collection methods, and criteria</w:t>
            </w:r>
          </w:p>
          <w:p w14:paraId="3CE1F8A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D7616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4BB7848D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7385A" w14:textId="5725471A" w:rsidR="00B05748" w:rsidRPr="00A43F66" w:rsidRDefault="00D2567F" w:rsidP="00B05748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c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Data collection, data analysis, and interpretation</w:t>
            </w:r>
          </w:p>
          <w:p w14:paraId="4F56B9F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7D44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60158903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DE3B1" w14:textId="5989E96B" w:rsidR="00B05748" w:rsidRPr="00A43F66" w:rsidRDefault="00D2567F" w:rsidP="00B05748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d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Criticism of results and comparison with existing conclusions, knowledge, or theories</w:t>
            </w:r>
          </w:p>
          <w:p w14:paraId="6D50C930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cs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33358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773B5251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63452" w14:textId="4CACCC76" w:rsidR="00722AC3" w:rsidRPr="00A43F66" w:rsidRDefault="00D2567F" w:rsidP="005E4220">
            <w:pPr>
              <w:spacing w:after="0"/>
              <w:rPr>
                <w:rFonts w:ascii="TH SarabunPSK" w:hAnsi="TH SarabunPSK" w:cs="TH SarabunPSK"/>
                <w:noProof/>
                <w:cs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e</w:t>
            </w:r>
            <w:r w:rsidR="00B0574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Participation in manuscript writing</w:t>
            </w:r>
          </w:p>
          <w:p w14:paraId="7B820DC5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7328E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738C6F1F" w14:textId="77777777" w:rsidTr="004A1482">
        <w:trPr>
          <w:trHeight w:val="1546"/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1DA5F" w14:textId="7EF8B037" w:rsidR="00722AC3" w:rsidRPr="00A43F66" w:rsidRDefault="00D2567F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lastRenderedPageBreak/>
              <w:t>f</w:t>
            </w:r>
            <w:r w:rsidR="005E422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Provision of specimens, study cohort, logistics, research funding (please specify the funding source, amount of funding, and year received), instruments, laboratories, and equipment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34C8C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  <w:tr w:rsidR="00722AC3" w:rsidRPr="00A43F66" w14:paraId="524092C8" w14:textId="77777777" w:rsidTr="004A1482">
        <w:trPr>
          <w:jc w:val="center"/>
        </w:trPr>
        <w:tc>
          <w:tcPr>
            <w:tcW w:w="5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F76A" w14:textId="45712B93" w:rsidR="00722AC3" w:rsidRPr="00A43F66" w:rsidRDefault="00D2567F" w:rsidP="004A1482">
            <w:pPr>
              <w:spacing w:after="0"/>
              <w:rPr>
                <w:rFonts w:ascii="TH SarabunPSK" w:hAnsi="TH SarabunPSK" w:cs="TH SarabunPSK"/>
                <w:noProof/>
                <w:cs/>
                <w:lang w:bidi="th-TH"/>
              </w:rPr>
            </w:pPr>
            <w:r>
              <w:rPr>
                <w:rFonts w:ascii="TH SarabunPSK" w:hAnsi="TH SarabunPSK" w:cs="TH SarabunPSK"/>
                <w:noProof/>
                <w:szCs w:val="32"/>
                <w:lang w:bidi="th-TH"/>
              </w:rPr>
              <w:t>g</w:t>
            </w:r>
            <w:r w:rsidR="005E422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. Other</w:t>
            </w:r>
          </w:p>
        </w:tc>
        <w:tc>
          <w:tcPr>
            <w:tcW w:w="34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380CA" w14:textId="77777777" w:rsidR="00722AC3" w:rsidRPr="00A43F66" w:rsidRDefault="00722AC3" w:rsidP="004A1482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</w:tbl>
    <w:p w14:paraId="37048A68" w14:textId="77777777" w:rsidR="00A43F66" w:rsidRDefault="00A43F66" w:rsidP="00A43F66">
      <w:pPr>
        <w:spacing w:after="0" w:line="240" w:lineRule="auto"/>
        <w:jc w:val="right"/>
        <w:rPr>
          <w:rFonts w:ascii="TH SarabunPSK" w:hAnsi="TH SarabunPSK" w:cs="TH SarabunPSK"/>
          <w:noProof/>
          <w:szCs w:val="32"/>
          <w:lang w:bidi="th-TH"/>
        </w:rPr>
      </w:pPr>
    </w:p>
    <w:p w14:paraId="2E34A025" w14:textId="77777777" w:rsidR="00A43F66" w:rsidRDefault="00A43F66" w:rsidP="00A43F66">
      <w:pPr>
        <w:spacing w:after="0" w:line="240" w:lineRule="auto"/>
        <w:jc w:val="right"/>
        <w:rPr>
          <w:rFonts w:ascii="TH SarabunPSK" w:hAnsi="TH SarabunPSK" w:cs="TH SarabunPSK"/>
          <w:noProof/>
          <w:szCs w:val="32"/>
          <w:lang w:bidi="th-TH"/>
        </w:rPr>
      </w:pPr>
    </w:p>
    <w:p w14:paraId="261D5466" w14:textId="17689260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3F500233" w14:textId="77777777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7B7124E2" w14:textId="418F22D8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</w:rPr>
        <w:t xml:space="preserve">                                                                    </w:t>
      </w:r>
      <w:r>
        <w:rPr>
          <w:rFonts w:ascii="TH SarabunPSK" w:hAnsi="TH SarabunPSK" w:cs="TH SarabunPSK" w:hint="cs"/>
          <w:noProof/>
          <w:szCs w:val="32"/>
          <w:cs/>
          <w:lang w:bidi="th-TH"/>
        </w:rPr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Applicant for Academic Position</w:t>
      </w:r>
    </w:p>
    <w:p w14:paraId="3EA0E172" w14:textId="77777777" w:rsidR="005E4220" w:rsidRPr="00D11892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 w:val="16"/>
          <w:szCs w:val="16"/>
        </w:rPr>
      </w:pPr>
    </w:p>
    <w:p w14:paraId="39D68091" w14:textId="0EA4D547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376B1076" w14:textId="77777777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21633D49" w14:textId="73F93203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                                                                             First Author</w:t>
      </w:r>
    </w:p>
    <w:p w14:paraId="7732D8C2" w14:textId="77777777" w:rsidR="005E4220" w:rsidRPr="00D11892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 w:val="16"/>
          <w:szCs w:val="16"/>
        </w:rPr>
      </w:pPr>
    </w:p>
    <w:p w14:paraId="750F03BA" w14:textId="1D8B5481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7C7FB4FF" w14:textId="77777777" w:rsidR="005E4220" w:rsidRDefault="005E4220" w:rsidP="005E422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3D6A69C5" w14:textId="4018015D" w:rsidR="005E4220" w:rsidRDefault="005E4220" w:rsidP="005E4220">
      <w:pPr>
        <w:ind w:left="5040" w:firstLine="720"/>
        <w:rPr>
          <w:rFonts w:ascii="TH SarabunPSK" w:hAnsi="TH SarabunPSK" w:cs="TH SarabunPSK"/>
          <w:b/>
          <w:bCs/>
          <w:noProof/>
          <w:szCs w:val="32"/>
          <w:u w:val="single"/>
          <w:lang w:bidi="th-TH"/>
        </w:rPr>
      </w:pPr>
      <w:r>
        <w:rPr>
          <w:rFonts w:ascii="TH SarabunPSK" w:hAnsi="TH SarabunPSK" w:cs="TH SarabunPSK" w:hint="cs"/>
          <w:noProof/>
          <w:szCs w:val="32"/>
          <w:cs/>
          <w:lang w:bidi="th-TH"/>
        </w:rPr>
        <w:t xml:space="preserve">   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Corresponding Author</w:t>
      </w:r>
      <w:r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 xml:space="preserve"> </w:t>
      </w:r>
      <w:r w:rsidR="00A43F66" w:rsidRPr="00A43F66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br w:type="page"/>
      </w:r>
    </w:p>
    <w:p w14:paraId="6B9F3900" w14:textId="4113468F" w:rsidR="00737CCB" w:rsidRPr="005E4220" w:rsidRDefault="005E4220" w:rsidP="005E4220">
      <w:pPr>
        <w:jc w:val="center"/>
        <w:rPr>
          <w:rFonts w:ascii="TH SarabunPSK" w:hAnsi="TH SarabunPSK" w:cs="TH SarabunPSK"/>
          <w:b/>
          <w:bCs/>
          <w:noProof/>
          <w:szCs w:val="32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lastRenderedPageBreak/>
        <w:t>EVIDENCE OF CONTRIBUTION TO GENERAL ACADEMIC WORK</w:t>
      </w:r>
    </w:p>
    <w:p w14:paraId="565A9608" w14:textId="52CF321A" w:rsidR="00737CCB" w:rsidRPr="00A43F66" w:rsidRDefault="005E4220" w:rsidP="00B81E90">
      <w:pPr>
        <w:spacing w:before="120" w:after="16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GROUP 1</w:t>
      </w:r>
      <w:r w:rsidR="00D2567F" w:rsidRPr="00D2567F">
        <w:rPr>
          <w:rFonts w:ascii="TH SarabunPSK" w:hAnsi="TH SarabunPSK" w:cs="TH SarabunPSK"/>
          <w:b/>
          <w:bCs/>
          <w:noProof/>
          <w:szCs w:val="32"/>
          <w:lang w:bidi="th-TH"/>
        </w:rPr>
        <w:t xml:space="preserve"> </w:t>
      </w:r>
      <w:r w:rsidRPr="00D2567F">
        <w:rPr>
          <w:rFonts w:ascii="TH SarabunPSK" w:hAnsi="TH SarabunPSK" w:cs="TH SarabunPSK"/>
          <w:b/>
          <w:bCs/>
          <w:noProof/>
          <w:szCs w:val="32"/>
          <w:cs/>
          <w:lang w:bidi="th-TH"/>
        </w:rPr>
        <w:t>RESEARCH (For publication as a complete research report)</w:t>
      </w:r>
    </w:p>
    <w:p w14:paraId="439770C4" w14:textId="73ACBD8E" w:rsidR="005E4220" w:rsidRPr="005E4220" w:rsidRDefault="005E4220" w:rsidP="005E4220">
      <w:pPr>
        <w:pStyle w:val="ListParagraph"/>
        <w:numPr>
          <w:ilvl w:val="0"/>
          <w:numId w:val="15"/>
        </w:numPr>
        <w:spacing w:after="0"/>
        <w:ind w:left="284" w:hanging="284"/>
        <w:rPr>
          <w:rFonts w:ascii="TH SarabunPSK" w:hAnsi="TH SarabunPSK" w:cs="TH SarabunPSK"/>
          <w:szCs w:val="40"/>
        </w:rPr>
      </w:pPr>
      <w:r w:rsidRPr="005E4220">
        <w:rPr>
          <w:rFonts w:ascii="TH SarabunPSK" w:hAnsi="TH SarabunPSK" w:cs="TH SarabunPSK"/>
          <w:szCs w:val="40"/>
        </w:rPr>
        <w:t>Title _________________________________________________________________________</w:t>
      </w:r>
    </w:p>
    <w:p w14:paraId="23CDF555" w14:textId="77777777" w:rsidR="005E4220" w:rsidRPr="00B05748" w:rsidRDefault="005E4220" w:rsidP="00B81E90">
      <w:pPr>
        <w:spacing w:after="120"/>
        <w:rPr>
          <w:rFonts w:hint="eastAsia"/>
        </w:rPr>
      </w:pPr>
      <w:r>
        <w:rPr>
          <w:rFonts w:ascii="TH SarabunPSK" w:hAnsi="TH SarabunPSK" w:cs="TH SarabunPSK"/>
          <w:szCs w:val="40"/>
        </w:rPr>
        <w:t>________________________________________________________________________________</w:t>
      </w:r>
    </w:p>
    <w:p w14:paraId="1E37040F" w14:textId="500DC273" w:rsidR="00737CCB" w:rsidRPr="00A43F66" w:rsidRDefault="00B7301F" w:rsidP="00D2567F">
      <w:pPr>
        <w:spacing w:after="120" w:line="240" w:lineRule="auto"/>
        <w:ind w:right="-46"/>
        <w:jc w:val="thaiDistribute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</w:r>
      <w:r w:rsidR="005E4220" w:rsidRPr="00A43F66">
        <w:rPr>
          <w:rFonts w:ascii="TH SarabunPSK" w:hAnsi="TH SarabunPSK" w:cs="TH SarabunPSK"/>
          <w:noProof/>
          <w:lang w:bidi="th-TH"/>
        </w:rPr>
        <w:t xml:space="preserve">The applicant for an academic position must </w:t>
      </w:r>
      <w:r w:rsidR="00D2567F">
        <w:rPr>
          <w:rFonts w:ascii="TH SarabunPSK" w:hAnsi="TH SarabunPSK" w:cs="TH SarabunPSK"/>
          <w:noProof/>
          <w:lang w:bidi="th-TH"/>
        </w:rPr>
        <w:t xml:space="preserve">be </w:t>
      </w:r>
      <w:r w:rsidR="00D2567F" w:rsidRPr="00A43F66">
        <w:rPr>
          <w:rFonts w:ascii="TH SarabunPSK" w:hAnsi="TH SarabunPSK" w:cs="TH SarabunPSK"/>
          <w:noProof/>
          <w:lang w:bidi="th-TH"/>
        </w:rPr>
        <w:t xml:space="preserve">fully </w:t>
      </w:r>
      <w:r w:rsidR="005E4220" w:rsidRPr="00A43F66">
        <w:rPr>
          <w:rFonts w:ascii="TH SarabunPSK" w:hAnsi="TH SarabunPSK" w:cs="TH SarabunPSK"/>
          <w:noProof/>
          <w:lang w:bidi="th-TH"/>
        </w:rPr>
        <w:t>specify the percentage of contribution, roles, and responsibilities of all co-workers.</w:t>
      </w:r>
      <w:r w:rsidR="00B81E90">
        <w:rPr>
          <w:rFonts w:ascii="TH SarabunPSK" w:hAnsi="TH SarabunPSK" w:cs="TH SarabunPSK"/>
          <w:noProof/>
          <w:lang w:bidi="th-TH"/>
        </w:rPr>
        <w:t xml:space="preserve"> </w:t>
      </w:r>
    </w:p>
    <w:p w14:paraId="3FA37B4E" w14:textId="3733DDB7" w:rsidR="00737CCB" w:rsidRPr="00A43F66" w:rsidRDefault="00B7301F" w:rsidP="00B81E90">
      <w:pPr>
        <w:spacing w:after="16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</w:r>
      <w:r w:rsidR="00B81E90" w:rsidRPr="00A43F66">
        <w:rPr>
          <w:rFonts w:ascii="TH SarabunPSK" w:hAnsi="TH SarabunPSK" w:cs="TH SarabunPSK"/>
          <w:noProof/>
          <w:lang w:bidi="th-TH"/>
        </w:rPr>
        <w:t xml:space="preserve">There are </w:t>
      </w:r>
      <w:r w:rsidR="00B81E90">
        <w:rPr>
          <w:rFonts w:ascii="TH SarabunPSK" w:hAnsi="TH SarabunPSK" w:cs="TH SarabunPSK"/>
          <w:szCs w:val="40"/>
        </w:rPr>
        <w:t>_______</w:t>
      </w:r>
      <w:r w:rsidR="00B81E90" w:rsidRPr="00A43F66">
        <w:rPr>
          <w:rFonts w:ascii="TH SarabunPSK" w:hAnsi="TH SarabunPSK" w:cs="TH SarabunPSK"/>
          <w:noProof/>
          <w:lang w:bidi="th-TH"/>
        </w:rPr>
        <w:t xml:space="preserve"> co-workers. Their contributions are as follows: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7"/>
        <w:gridCol w:w="2116"/>
        <w:gridCol w:w="3883"/>
      </w:tblGrid>
      <w:tr w:rsidR="00737CCB" w:rsidRPr="00A43F66" w14:paraId="6A2C656C" w14:textId="77777777" w:rsidTr="00B81E90">
        <w:trPr>
          <w:trHeight w:val="1220"/>
          <w:jc w:val="center"/>
        </w:trPr>
        <w:tc>
          <w:tcPr>
            <w:tcW w:w="301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D0AED0" w14:textId="77777777" w:rsidR="00B81E90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(1) </w:t>
            </w:r>
          </w:p>
          <w:p w14:paraId="7DBE4097" w14:textId="4226A690" w:rsidR="00B7301F" w:rsidRPr="00A43F66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noProof/>
                <w:cs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Name of Co-worker</w:t>
            </w:r>
          </w:p>
        </w:tc>
        <w:tc>
          <w:tcPr>
            <w:tcW w:w="211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69917F" w14:textId="77777777" w:rsidR="00B81E90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(2) </w:t>
            </w:r>
          </w:p>
          <w:p w14:paraId="06C0D838" w14:textId="15C771E8" w:rsidR="00737CCB" w:rsidRPr="00A43F66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Percentage of Contribution</w:t>
            </w:r>
          </w:p>
        </w:tc>
        <w:tc>
          <w:tcPr>
            <w:tcW w:w="3883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241A9D3" w14:textId="77777777" w:rsidR="00B81E90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(3) </w:t>
            </w:r>
          </w:p>
          <w:p w14:paraId="2F339D75" w14:textId="6078B842" w:rsidR="00737CCB" w:rsidRPr="00A43F66" w:rsidRDefault="00B81E9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Details of Roles and</w:t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br/>
              <w:t>Responsibilities</w:t>
            </w:r>
          </w:p>
        </w:tc>
      </w:tr>
      <w:tr w:rsidR="00B7301F" w:rsidRPr="00A43F66" w14:paraId="6A67405B" w14:textId="77777777" w:rsidTr="002A3455">
        <w:trPr>
          <w:trHeight w:val="1134"/>
          <w:jc w:val="center"/>
        </w:trPr>
        <w:tc>
          <w:tcPr>
            <w:tcW w:w="301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58BAE58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211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AAC4760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3883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3B0CCF" w14:textId="77777777" w:rsidR="00B7301F" w:rsidRPr="00A43F66" w:rsidRDefault="00B7301F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</w:tr>
      <w:tr w:rsidR="00B81E90" w:rsidRPr="00A43F66" w14:paraId="0C7CAE2E" w14:textId="77777777" w:rsidTr="002A3455">
        <w:trPr>
          <w:trHeight w:val="1134"/>
          <w:jc w:val="center"/>
        </w:trPr>
        <w:tc>
          <w:tcPr>
            <w:tcW w:w="301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A5E0B89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211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4ED4F9A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3883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138FB3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</w:tr>
      <w:tr w:rsidR="00B81E90" w:rsidRPr="00A43F66" w14:paraId="0A99E6C9" w14:textId="77777777" w:rsidTr="002A3455">
        <w:trPr>
          <w:trHeight w:val="1134"/>
          <w:jc w:val="center"/>
        </w:trPr>
        <w:tc>
          <w:tcPr>
            <w:tcW w:w="301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FD90363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211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63D724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3883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414251" w14:textId="77777777" w:rsidR="00B81E90" w:rsidRPr="00A43F66" w:rsidRDefault="00B81E9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</w:tr>
    </w:tbl>
    <w:p w14:paraId="0F8754ED" w14:textId="77777777" w:rsidR="00B81E90" w:rsidRDefault="00B81E90" w:rsidP="00B81E90">
      <w:pPr>
        <w:pStyle w:val="ListParagraph"/>
        <w:spacing w:before="200"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55D1CB62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6C744CC9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44B2A139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13DFD842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0D781992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5379B55A" w14:textId="77777777" w:rsidR="00B81E90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57281464" w14:textId="01FF037E" w:rsidR="00703F48" w:rsidRPr="00A43F66" w:rsidRDefault="00B81E90" w:rsidP="00B81E90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7FDDA265" w14:textId="74ABF0D4" w:rsidR="00B81E90" w:rsidRDefault="00B81E90" w:rsidP="00B81E90">
      <w:pPr>
        <w:spacing w:before="120" w:line="240" w:lineRule="auto"/>
        <w:jc w:val="center"/>
        <w:rPr>
          <w:rFonts w:ascii="TH SarabunPSK" w:hAnsi="TH SarabunPSK" w:cs="TH SarabunPSK"/>
          <w:b/>
          <w:bCs/>
          <w:noProof/>
          <w:szCs w:val="32"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lastRenderedPageBreak/>
        <w:t>EVIDENCE OF CONTRIBUTION TO GENERAL ACADEMIC WORK</w:t>
      </w:r>
    </w:p>
    <w:p w14:paraId="19A44F89" w14:textId="371D7350" w:rsidR="00737CCB" w:rsidRPr="00A43F66" w:rsidRDefault="00B81E90" w:rsidP="002A3455">
      <w:pPr>
        <w:spacing w:before="120" w:after="160" w:line="240" w:lineRule="auto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ACADEMIC WORKS OTHER THAN RESEARCH</w:t>
      </w:r>
    </w:p>
    <w:p w14:paraId="5257B5D1" w14:textId="77777777" w:rsidR="00B81E90" w:rsidRPr="005E4220" w:rsidRDefault="00B81E90" w:rsidP="00B81E90">
      <w:pPr>
        <w:pStyle w:val="ListParagraph"/>
        <w:numPr>
          <w:ilvl w:val="0"/>
          <w:numId w:val="16"/>
        </w:numPr>
        <w:spacing w:after="0"/>
        <w:ind w:left="284" w:hanging="284"/>
        <w:rPr>
          <w:rFonts w:ascii="TH SarabunPSK" w:hAnsi="TH SarabunPSK" w:cs="TH SarabunPSK"/>
          <w:szCs w:val="40"/>
        </w:rPr>
      </w:pPr>
      <w:r w:rsidRPr="005E4220">
        <w:rPr>
          <w:rFonts w:ascii="TH SarabunPSK" w:hAnsi="TH SarabunPSK" w:cs="TH SarabunPSK"/>
          <w:szCs w:val="40"/>
        </w:rPr>
        <w:t>Title _________________________________________________________________________</w:t>
      </w:r>
    </w:p>
    <w:p w14:paraId="31CD999E" w14:textId="77777777" w:rsidR="00B81E90" w:rsidRDefault="00B81E90" w:rsidP="002A3455">
      <w:pPr>
        <w:spacing w:after="120"/>
        <w:rPr>
          <w:rFonts w:hint="eastAsia"/>
        </w:rPr>
      </w:pPr>
      <w:r>
        <w:rPr>
          <w:rFonts w:ascii="TH SarabunPSK" w:hAnsi="TH SarabunPSK" w:cs="TH SarabunPSK"/>
          <w:noProof/>
          <w:szCs w:val="32"/>
          <w:lang w:bidi="th-TH"/>
        </w:rPr>
        <w:t>________________________________________________________________________________</w:t>
      </w:r>
    </w:p>
    <w:p w14:paraId="47C3C719" w14:textId="5A57F40B" w:rsidR="00737CCB" w:rsidRPr="00A43F66" w:rsidRDefault="00B81E90" w:rsidP="002A3455">
      <w:pPr>
        <w:spacing w:before="120" w:after="160"/>
        <w:ind w:left="284" w:hanging="284"/>
        <w:rPr>
          <w:rFonts w:ascii="TH SarabunPSK" w:hAnsi="TH SarabunPSK" w:cs="TH SarabunPSK"/>
          <w:noProof/>
          <w:lang w:bidi="th-TH"/>
        </w:rPr>
      </w:pPr>
      <w:r>
        <w:rPr>
          <w:rFonts w:ascii="TH SarabunPSK" w:hAnsi="TH SarabunPSK" w:cs="TH SarabunPSK"/>
          <w:noProof/>
          <w:szCs w:val="32"/>
          <w:lang w:bidi="th-TH"/>
        </w:rPr>
        <w:t xml:space="preserve">B. </w:t>
      </w:r>
      <w:r>
        <w:rPr>
          <w:rFonts w:ascii="TH SarabunPSK" w:hAnsi="TH SarabunPSK" w:cs="TH SarabunPSK" w:hint="cs"/>
          <w:noProof/>
          <w:szCs w:val="32"/>
          <w:cs/>
          <w:lang w:bidi="th-TH"/>
        </w:rPr>
        <w:t xml:space="preserve">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Type of Work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04"/>
        <w:gridCol w:w="2222"/>
      </w:tblGrid>
      <w:tr w:rsidR="00737CCB" w:rsidRPr="00A43F66" w14:paraId="2C9EBBF3" w14:textId="77777777" w:rsidTr="00AF5F2C">
        <w:trPr>
          <w:jc w:val="center"/>
        </w:trPr>
        <w:tc>
          <w:tcPr>
            <w:tcW w:w="6804" w:type="dxa"/>
          </w:tcPr>
          <w:p w14:paraId="3CB9F694" w14:textId="024E56EC" w:rsidR="00737CCB" w:rsidRPr="00AF5F2C" w:rsidRDefault="00B81E90" w:rsidP="002A3455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b/>
                <w:bCs/>
                <w:noProof/>
                <w:szCs w:val="32"/>
                <w:u w:val="single"/>
                <w:cs/>
                <w:lang w:bidi="th-TH"/>
              </w:rPr>
              <w:t>GROUP 2</w:t>
            </w:r>
            <w:r w:rsidR="0000722B" w:rsidRPr="00AF5F2C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 </w:t>
            </w:r>
            <w:r w:rsidR="002A3455" w:rsidRPr="002A3455"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  <w:t>OTHER ACADEMIC WORKS</w:t>
            </w:r>
            <w:r w:rsidR="0000722B" w:rsidRPr="00AF5F2C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AF5F2C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</w:t>
            </w:r>
            <w:r w:rsidR="00AF5F2C"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="00AF5F2C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</w:t>
            </w:r>
            <w:r w:rsidR="0000722B"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00722B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722AC3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Academic Work for Industry</w:t>
            </w:r>
          </w:p>
        </w:tc>
        <w:tc>
          <w:tcPr>
            <w:tcW w:w="2222" w:type="dxa"/>
          </w:tcPr>
          <w:p w14:paraId="4D6FF28B" w14:textId="77777777" w:rsidR="003756B7" w:rsidRPr="00A43F66" w:rsidRDefault="003756B7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</w:p>
          <w:p w14:paraId="45356634" w14:textId="61D0BA93" w:rsidR="00737CCB" w:rsidRPr="00A43F66" w:rsidRDefault="00D37457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00722B" w:rsidRPr="00A43F66">
              <w:rPr>
                <w:rFonts w:ascii="TH SarabunPSK" w:hAnsi="TH SarabunPSK" w:cs="TH SarabunPSK"/>
                <w:noProof/>
                <w:lang w:bidi="th-TH"/>
              </w:rPr>
              <w:t>Case Study</w:t>
            </w:r>
          </w:p>
        </w:tc>
      </w:tr>
      <w:tr w:rsidR="00737CCB" w:rsidRPr="00A43F66" w14:paraId="5AB45A31" w14:textId="77777777" w:rsidTr="00AF5F2C">
        <w:trPr>
          <w:trHeight w:val="459"/>
          <w:jc w:val="center"/>
        </w:trPr>
        <w:tc>
          <w:tcPr>
            <w:tcW w:w="6804" w:type="dxa"/>
          </w:tcPr>
          <w:p w14:paraId="609D11B2" w14:textId="56373DC7" w:rsidR="00737CCB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="008C041C"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8C041C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F5F2C">
              <w:rPr>
                <w:rFonts w:ascii="TH SarabunPSK" w:hAnsi="TH SarabunPSK" w:cs="TH SarabunPSK"/>
                <w:noProof/>
                <w:spacing w:val="-6"/>
                <w:szCs w:val="32"/>
                <w:cs/>
                <w:lang w:bidi="th-TH"/>
              </w:rPr>
              <w:t>Academic Work for Teaching and Learning Development</w:t>
            </w:r>
          </w:p>
        </w:tc>
        <w:tc>
          <w:tcPr>
            <w:tcW w:w="2222" w:type="dxa"/>
          </w:tcPr>
          <w:p w14:paraId="04BCD141" w14:textId="1F9280A8" w:rsidR="00737CCB" w:rsidRPr="00A43F66" w:rsidRDefault="0000722B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3756B7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AF5F2C"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Translation</w:t>
            </w:r>
          </w:p>
        </w:tc>
      </w:tr>
      <w:tr w:rsidR="00737CCB" w:rsidRPr="00A43F66" w14:paraId="7AA9BF81" w14:textId="77777777" w:rsidTr="00AF5F2C">
        <w:trPr>
          <w:jc w:val="center"/>
        </w:trPr>
        <w:tc>
          <w:tcPr>
            <w:tcW w:w="6804" w:type="dxa"/>
          </w:tcPr>
          <w:p w14:paraId="53F4F0C0" w14:textId="55DA10A5" w:rsidR="00737CCB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="008C041C"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B7301F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Academic Work for Public Policy Development</w:t>
            </w:r>
          </w:p>
        </w:tc>
        <w:tc>
          <w:tcPr>
            <w:tcW w:w="2222" w:type="dxa"/>
          </w:tcPr>
          <w:p w14:paraId="76C4E59D" w14:textId="525E6C0C" w:rsidR="00737CCB" w:rsidRPr="00A43F66" w:rsidRDefault="0000722B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3768BA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AF5F2C"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Patent</w:t>
            </w:r>
          </w:p>
        </w:tc>
      </w:tr>
      <w:tr w:rsidR="00737CCB" w:rsidRPr="00A43F66" w14:paraId="49A1C055" w14:textId="77777777" w:rsidTr="00AF5F2C">
        <w:trPr>
          <w:jc w:val="center"/>
        </w:trPr>
        <w:tc>
          <w:tcPr>
            <w:tcW w:w="6804" w:type="dxa"/>
          </w:tcPr>
          <w:p w14:paraId="5D24A149" w14:textId="27BD24FF" w:rsidR="00737CCB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="008C041C"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B7301F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Creative Work in Science and Technology</w:t>
            </w:r>
          </w:p>
        </w:tc>
        <w:tc>
          <w:tcPr>
            <w:tcW w:w="2222" w:type="dxa"/>
          </w:tcPr>
          <w:p w14:paraId="614C5D3C" w14:textId="0B63D8FC" w:rsidR="00737CCB" w:rsidRPr="00A43F66" w:rsidRDefault="0000722B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AF5F2C"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Software</w:t>
            </w:r>
          </w:p>
        </w:tc>
      </w:tr>
      <w:tr w:rsidR="00AF5F2C" w:rsidRPr="00A43F66" w14:paraId="09463C8F" w14:textId="77777777" w:rsidTr="00D00AFA">
        <w:trPr>
          <w:jc w:val="center"/>
        </w:trPr>
        <w:tc>
          <w:tcPr>
            <w:tcW w:w="9026" w:type="dxa"/>
            <w:gridSpan w:val="2"/>
          </w:tcPr>
          <w:p w14:paraId="3849FB9B" w14:textId="1F8CFF95" w:rsidR="00AF5F2C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Dictionary, Encyclopedia, Directory, and Similar Academic Work</w:t>
            </w:r>
          </w:p>
        </w:tc>
      </w:tr>
      <w:tr w:rsidR="00737CCB" w:rsidRPr="00A43F66" w14:paraId="6718A97F" w14:textId="77777777" w:rsidTr="00AF5F2C">
        <w:trPr>
          <w:jc w:val="center"/>
        </w:trPr>
        <w:tc>
          <w:tcPr>
            <w:tcW w:w="6804" w:type="dxa"/>
          </w:tcPr>
          <w:p w14:paraId="668DE5DB" w14:textId="71045455" w:rsidR="00737CCB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8C041C"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D37457"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Creative Work in Aesthetic Arts</w:t>
            </w:r>
          </w:p>
        </w:tc>
        <w:tc>
          <w:tcPr>
            <w:tcW w:w="2222" w:type="dxa"/>
          </w:tcPr>
          <w:p w14:paraId="6CB7ED54" w14:textId="1088001C" w:rsidR="00737CCB" w:rsidRPr="00A43F66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Innovation Work</w:t>
            </w:r>
          </w:p>
        </w:tc>
      </w:tr>
      <w:tr w:rsidR="00AF5F2C" w:rsidRPr="00A43F66" w14:paraId="05DA695E" w14:textId="77777777" w:rsidTr="00691660">
        <w:trPr>
          <w:jc w:val="center"/>
        </w:trPr>
        <w:tc>
          <w:tcPr>
            <w:tcW w:w="9026" w:type="dxa"/>
            <w:gridSpan w:val="2"/>
          </w:tcPr>
          <w:p w14:paraId="7365076A" w14:textId="5D972F59" w:rsidR="00AF5F2C" w:rsidRPr="00AF5F2C" w:rsidRDefault="00AF5F2C" w:rsidP="00AF5F2C">
            <w:pPr>
              <w:spacing w:after="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</w:t>
            </w:r>
            <w:r>
              <w:rPr>
                <w:rFonts w:ascii="Segoe UI Symbol" w:hAnsi="Segoe UI Symbol" w:cstheme="minorBidi" w:hint="cs"/>
                <w:noProof/>
                <w:szCs w:val="32"/>
                <w:cs/>
                <w:lang w:bidi="th-TH"/>
              </w:rPr>
              <w:t xml:space="preserve"> </w:t>
            </w:r>
            <w:r w:rsidRPr="00AF5F2C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Academic Work Serving Local Communities and Society</w:t>
            </w:r>
          </w:p>
        </w:tc>
      </w:tr>
      <w:tr w:rsidR="002A3455" w:rsidRPr="00AF5F2C" w14:paraId="4E1F45E7" w14:textId="77777777" w:rsidTr="002A3455">
        <w:trPr>
          <w:jc w:val="center"/>
        </w:trPr>
        <w:tc>
          <w:tcPr>
            <w:tcW w:w="9026" w:type="dxa"/>
            <w:gridSpan w:val="2"/>
          </w:tcPr>
          <w:p w14:paraId="1D2FCEDA" w14:textId="15A1268F" w:rsidR="002A3455" w:rsidRPr="002A3455" w:rsidRDefault="002A3455" w:rsidP="002A3455">
            <w:pPr>
              <w:spacing w:before="160" w:after="0"/>
              <w:rPr>
                <w:rFonts w:ascii="TH SarabunPSK" w:hAnsi="TH SarabunPSK" w:cstheme="minorBidi"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u w:val="single"/>
                <w:cs/>
                <w:lang w:bidi="th-TH"/>
              </w:rPr>
              <w:t>GROUP 3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Textbook</w:t>
            </w:r>
          </w:p>
        </w:tc>
      </w:tr>
      <w:tr w:rsidR="002A3455" w:rsidRPr="00AF5F2C" w14:paraId="44338D3A" w14:textId="77777777" w:rsidTr="002A3455">
        <w:trPr>
          <w:trHeight w:val="509"/>
          <w:jc w:val="center"/>
        </w:trPr>
        <w:tc>
          <w:tcPr>
            <w:tcW w:w="9026" w:type="dxa"/>
            <w:gridSpan w:val="2"/>
          </w:tcPr>
          <w:p w14:paraId="4BEC52DC" w14:textId="15FC763B" w:rsidR="002A3455" w:rsidRPr="00A43F66" w:rsidRDefault="002A3455" w:rsidP="002A3455">
            <w:pPr>
              <w:spacing w:after="0"/>
              <w:rPr>
                <w:rFonts w:ascii="TH SarabunPSK" w:hAnsi="TH SarabunPSK" w:cs="TH SarabunPSK"/>
                <w:b/>
                <w:bCs/>
                <w:noProof/>
                <w:szCs w:val="32"/>
                <w:u w:val="single"/>
                <w:cs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2A3455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43F66">
              <w:rPr>
                <w:rFonts w:ascii="TH SarabunPSK" w:hAnsi="TH SarabunPSK" w:cs="TH SarabunPSK"/>
                <w:noProof/>
                <w:lang w:bidi="th-TH"/>
              </w:rPr>
              <w:t>Book</w:t>
            </w:r>
          </w:p>
        </w:tc>
      </w:tr>
      <w:tr w:rsidR="002A3455" w:rsidRPr="00AF5F2C" w14:paraId="71CF06C5" w14:textId="77777777" w:rsidTr="002A3455">
        <w:trPr>
          <w:jc w:val="center"/>
        </w:trPr>
        <w:tc>
          <w:tcPr>
            <w:tcW w:w="9026" w:type="dxa"/>
            <w:gridSpan w:val="2"/>
          </w:tcPr>
          <w:p w14:paraId="20C99E6A" w14:textId="4401628B" w:rsidR="002A3455" w:rsidRPr="002A3455" w:rsidRDefault="002A3455" w:rsidP="002A3455">
            <w:pPr>
              <w:spacing w:after="120"/>
              <w:rPr>
                <w:rFonts w:ascii="TH SarabunPSK" w:hAnsi="TH SarabunPSK" w:cs="TH SarabunPSK"/>
                <w:noProof/>
                <w:lang w:bidi="th-TH"/>
              </w:rPr>
            </w:pP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  </w:t>
            </w:r>
            <w:r>
              <w:rPr>
                <w:rFonts w:ascii="TH SarabunPSK" w:hAnsi="TH SarabunPSK" w:cs="TH SarabunPSK" w:hint="cs"/>
                <w:noProof/>
                <w:szCs w:val="32"/>
                <w:cs/>
                <w:lang w:bidi="th-TH"/>
              </w:rPr>
              <w:t xml:space="preserve">   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2A3455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F5F2C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</w:t>
            </w:r>
            <w:r w:rsidRPr="00AF5F2C">
              <w:rPr>
                <w:rFonts w:ascii="TH SarabunPSK" w:hAnsi="TH SarabunPSK" w:cs="TH SarabunPSK"/>
                <w:noProof/>
                <w:szCs w:val="32"/>
                <w:lang w:bidi="th-TH"/>
              </w:rPr>
              <w:t>Academic Article</w:t>
            </w:r>
          </w:p>
        </w:tc>
      </w:tr>
    </w:tbl>
    <w:p w14:paraId="07CA7F92" w14:textId="77777777" w:rsidR="005130AE" w:rsidRDefault="005130AE" w:rsidP="00D2567F">
      <w:pPr>
        <w:spacing w:after="120" w:line="240" w:lineRule="auto"/>
        <w:ind w:right="-46" w:firstLine="720"/>
        <w:jc w:val="thaiDistribute"/>
        <w:rPr>
          <w:rFonts w:ascii="TH SarabunPSK" w:hAnsi="TH SarabunPSK" w:cs="TH SarabunPSK"/>
          <w:noProof/>
          <w:lang w:bidi="th-TH"/>
        </w:rPr>
      </w:pPr>
    </w:p>
    <w:p w14:paraId="780FCD1F" w14:textId="77777777" w:rsidR="005130AE" w:rsidRDefault="005130AE">
      <w:pPr>
        <w:rPr>
          <w:rFonts w:ascii="TH SarabunPSK" w:hAnsi="TH SarabunPSK" w:cs="TH SarabunPSK"/>
          <w:noProof/>
          <w:lang w:bidi="th-TH"/>
        </w:rPr>
      </w:pPr>
      <w:r>
        <w:rPr>
          <w:rFonts w:ascii="TH SarabunPSK" w:hAnsi="TH SarabunPSK" w:cs="TH SarabunPSK"/>
          <w:noProof/>
          <w:lang w:bidi="th-TH"/>
        </w:rPr>
        <w:br w:type="page"/>
      </w:r>
    </w:p>
    <w:p w14:paraId="2921F1CF" w14:textId="7E8CBBDB" w:rsidR="002A3455" w:rsidRPr="00A43F66" w:rsidRDefault="00D2567F" w:rsidP="00D2567F">
      <w:pPr>
        <w:spacing w:after="120" w:line="240" w:lineRule="auto"/>
        <w:ind w:right="-46" w:firstLine="720"/>
        <w:jc w:val="thaiDistribute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lastRenderedPageBreak/>
        <w:t xml:space="preserve">The applicant for an academic position must </w:t>
      </w:r>
      <w:r>
        <w:rPr>
          <w:rFonts w:ascii="TH SarabunPSK" w:hAnsi="TH SarabunPSK" w:cs="TH SarabunPSK"/>
          <w:noProof/>
          <w:lang w:bidi="th-TH"/>
        </w:rPr>
        <w:t xml:space="preserve">be </w:t>
      </w:r>
      <w:r w:rsidRPr="00A43F66">
        <w:rPr>
          <w:rFonts w:ascii="TH SarabunPSK" w:hAnsi="TH SarabunPSK" w:cs="TH SarabunPSK"/>
          <w:noProof/>
          <w:lang w:bidi="th-TH"/>
        </w:rPr>
        <w:t>fully specify the percentage of contribution, roles, and responsibilities of all co-workers.</w:t>
      </w:r>
    </w:p>
    <w:p w14:paraId="164653D7" w14:textId="77777777" w:rsidR="002A3455" w:rsidRPr="00A43F66" w:rsidRDefault="002A3455" w:rsidP="002A3455">
      <w:pPr>
        <w:spacing w:after="16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  <w:t xml:space="preserve">There are </w:t>
      </w:r>
      <w:r>
        <w:rPr>
          <w:rFonts w:ascii="TH SarabunPSK" w:hAnsi="TH SarabunPSK" w:cs="TH SarabunPSK"/>
          <w:szCs w:val="40"/>
        </w:rPr>
        <w:t>_______</w:t>
      </w:r>
      <w:r w:rsidRPr="00A43F66">
        <w:rPr>
          <w:rFonts w:ascii="TH SarabunPSK" w:hAnsi="TH SarabunPSK" w:cs="TH SarabunPSK"/>
          <w:noProof/>
          <w:lang w:bidi="th-TH"/>
        </w:rPr>
        <w:t xml:space="preserve"> co-workers. Their contributions are as follows: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0"/>
        <w:gridCol w:w="2089"/>
        <w:gridCol w:w="3877"/>
      </w:tblGrid>
      <w:tr w:rsidR="002A3455" w:rsidRPr="00A43F66" w14:paraId="4EBEBD79" w14:textId="77777777" w:rsidTr="002A3455">
        <w:trPr>
          <w:tblHeader/>
          <w:jc w:val="center"/>
        </w:trPr>
        <w:tc>
          <w:tcPr>
            <w:tcW w:w="305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30F244" w14:textId="77777777" w:rsidR="002A3455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(1) </w:t>
            </w:r>
          </w:p>
          <w:p w14:paraId="477D0CAF" w14:textId="12CAC797" w:rsidR="002A3455" w:rsidRPr="00A43F66" w:rsidRDefault="002A3455" w:rsidP="002A3455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Name of Co-worker</w:t>
            </w:r>
          </w:p>
        </w:tc>
        <w:tc>
          <w:tcPr>
            <w:tcW w:w="208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65FE9D" w14:textId="77777777" w:rsidR="002A3455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(2) </w:t>
            </w:r>
          </w:p>
          <w:p w14:paraId="235C6C6B" w14:textId="1AE5A0A8" w:rsidR="002A3455" w:rsidRPr="00A43F66" w:rsidRDefault="002A3455" w:rsidP="002A3455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Percentage of Contribution</w:t>
            </w:r>
          </w:p>
        </w:tc>
        <w:tc>
          <w:tcPr>
            <w:tcW w:w="387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0A39DD3" w14:textId="77777777" w:rsidR="002A3455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 xml:space="preserve">(3) </w:t>
            </w:r>
          </w:p>
          <w:p w14:paraId="2BB80C5B" w14:textId="3FEA7D4C" w:rsidR="002A3455" w:rsidRPr="00A43F66" w:rsidRDefault="002A3455" w:rsidP="002A3455">
            <w:pPr>
              <w:spacing w:after="0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Details of Roles and</w:t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br/>
              <w:t>Responsibilities</w:t>
            </w:r>
          </w:p>
        </w:tc>
      </w:tr>
      <w:tr w:rsidR="002A3455" w:rsidRPr="00A43F66" w14:paraId="77BA9ADC" w14:textId="77777777" w:rsidTr="002A3455">
        <w:trPr>
          <w:trHeight w:val="1134"/>
          <w:jc w:val="center"/>
        </w:trPr>
        <w:tc>
          <w:tcPr>
            <w:tcW w:w="305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729BE6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208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D3BBE4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387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DC050D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</w:tr>
      <w:tr w:rsidR="002A3455" w:rsidRPr="00A43F66" w14:paraId="240F5F35" w14:textId="77777777" w:rsidTr="002A3455">
        <w:trPr>
          <w:trHeight w:val="1134"/>
          <w:jc w:val="center"/>
        </w:trPr>
        <w:tc>
          <w:tcPr>
            <w:tcW w:w="305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D026BE8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208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F28AD5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387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3C4E845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</w:tr>
      <w:tr w:rsidR="002A3455" w:rsidRPr="00A43F66" w14:paraId="2C1FDD72" w14:textId="77777777" w:rsidTr="002A3455">
        <w:trPr>
          <w:trHeight w:val="1134"/>
          <w:jc w:val="center"/>
        </w:trPr>
        <w:tc>
          <w:tcPr>
            <w:tcW w:w="305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990712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208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B0EADE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387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C2F42BB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</w:tr>
      <w:tr w:rsidR="002A3455" w:rsidRPr="00A43F66" w14:paraId="3BE905C2" w14:textId="77777777" w:rsidTr="002A3455">
        <w:trPr>
          <w:trHeight w:val="1134"/>
          <w:jc w:val="center"/>
        </w:trPr>
        <w:tc>
          <w:tcPr>
            <w:tcW w:w="305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F62673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208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92E01E3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  <w:tc>
          <w:tcPr>
            <w:tcW w:w="3877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0B41D3" w14:textId="77777777" w:rsidR="002A3455" w:rsidRPr="00A43F66" w:rsidRDefault="002A3455" w:rsidP="002A345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</w:pPr>
          </w:p>
        </w:tc>
      </w:tr>
    </w:tbl>
    <w:p w14:paraId="5D372214" w14:textId="77777777" w:rsidR="002A3455" w:rsidRDefault="002A3455" w:rsidP="002A3455">
      <w:pPr>
        <w:pStyle w:val="ListParagraph"/>
        <w:spacing w:before="200"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272345EA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0F3DE406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54616EA1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38DDF606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36340E5C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0617B285" w14:textId="77777777" w:rsidR="002A3455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  <w:t xml:space="preserve">       </w:t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Signature</w:t>
      </w:r>
      <w:r>
        <w:rPr>
          <w:rFonts w:ascii="TH SarabunPSK" w:hAnsi="TH SarabunPSK" w:cs="TH SarabunPSK"/>
          <w:szCs w:val="32"/>
        </w:rPr>
        <w:t xml:space="preserve">   ____________________________</w:t>
      </w:r>
    </w:p>
    <w:p w14:paraId="56285CA6" w14:textId="77777777" w:rsidR="002A3455" w:rsidRPr="00A43F66" w:rsidRDefault="002A3455" w:rsidP="002A3455">
      <w:pPr>
        <w:pStyle w:val="ListParagraph"/>
        <w:spacing w:after="0" w:line="36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/>
          <w:szCs w:val="32"/>
        </w:rPr>
        <w:tab/>
        <w:t xml:space="preserve">     (______________________________ )</w:t>
      </w:r>
    </w:p>
    <w:p w14:paraId="58C054DA" w14:textId="77777777" w:rsidR="005D1797" w:rsidRPr="00A43F66" w:rsidRDefault="005D1797" w:rsidP="005D1797">
      <w:pPr>
        <w:spacing w:before="120" w:after="120"/>
        <w:rPr>
          <w:rFonts w:ascii="TH SarabunPSK" w:hAnsi="TH SarabunPSK" w:cs="TH SarabunPSK"/>
          <w:noProof/>
          <w:lang w:bidi="th-TH"/>
        </w:rPr>
      </w:pPr>
    </w:p>
    <w:p w14:paraId="29370457" w14:textId="4408F0D1" w:rsidR="00C90713" w:rsidRPr="00A43F66" w:rsidRDefault="00C90713" w:rsidP="00CF3F77">
      <w:pPr>
        <w:rPr>
          <w:rFonts w:ascii="TH SarabunPSK" w:hAnsi="TH SarabunPSK" w:cs="TH SarabunPSK"/>
          <w:noProof/>
          <w:lang w:bidi="th-TH"/>
        </w:rPr>
      </w:pPr>
    </w:p>
    <w:sectPr w:rsidR="00C90713" w:rsidRPr="00A43F66" w:rsidSect="00E03A8B">
      <w:pgSz w:w="11906" w:h="16838" w:code="9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PSK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553F7"/>
    <w:multiLevelType w:val="hybridMultilevel"/>
    <w:tmpl w:val="3BAEE5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C3AE2"/>
    <w:multiLevelType w:val="hybridMultilevel"/>
    <w:tmpl w:val="32EC156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66F31"/>
    <w:multiLevelType w:val="hybridMultilevel"/>
    <w:tmpl w:val="3BAEE5E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6018D"/>
    <w:multiLevelType w:val="hybridMultilevel"/>
    <w:tmpl w:val="64F69C1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A3690"/>
    <w:multiLevelType w:val="hybridMultilevel"/>
    <w:tmpl w:val="ACA0F8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97124"/>
    <w:multiLevelType w:val="hybridMultilevel"/>
    <w:tmpl w:val="3BAEE5E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51F98"/>
    <w:multiLevelType w:val="hybridMultilevel"/>
    <w:tmpl w:val="F1887F02"/>
    <w:lvl w:ilvl="0" w:tplc="2E8C35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88621">
    <w:abstractNumId w:val="8"/>
  </w:num>
  <w:num w:numId="2" w16cid:durableId="1970472454">
    <w:abstractNumId w:val="6"/>
  </w:num>
  <w:num w:numId="3" w16cid:durableId="242373539">
    <w:abstractNumId w:val="5"/>
  </w:num>
  <w:num w:numId="4" w16cid:durableId="1999570666">
    <w:abstractNumId w:val="4"/>
  </w:num>
  <w:num w:numId="5" w16cid:durableId="523399385">
    <w:abstractNumId w:val="7"/>
  </w:num>
  <w:num w:numId="6" w16cid:durableId="1298990026">
    <w:abstractNumId w:val="3"/>
  </w:num>
  <w:num w:numId="7" w16cid:durableId="1140223512">
    <w:abstractNumId w:val="2"/>
  </w:num>
  <w:num w:numId="8" w16cid:durableId="2057653676">
    <w:abstractNumId w:val="1"/>
  </w:num>
  <w:num w:numId="9" w16cid:durableId="2032678834">
    <w:abstractNumId w:val="0"/>
  </w:num>
  <w:num w:numId="10" w16cid:durableId="1745494624">
    <w:abstractNumId w:val="15"/>
  </w:num>
  <w:num w:numId="11" w16cid:durableId="887300913">
    <w:abstractNumId w:val="9"/>
  </w:num>
  <w:num w:numId="12" w16cid:durableId="988052938">
    <w:abstractNumId w:val="10"/>
  </w:num>
  <w:num w:numId="13" w16cid:durableId="960261140">
    <w:abstractNumId w:val="12"/>
  </w:num>
  <w:num w:numId="14" w16cid:durableId="459880096">
    <w:abstractNumId w:val="13"/>
  </w:num>
  <w:num w:numId="15" w16cid:durableId="1916236541">
    <w:abstractNumId w:val="11"/>
  </w:num>
  <w:num w:numId="16" w16cid:durableId="12618402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22B"/>
    <w:rsid w:val="00034616"/>
    <w:rsid w:val="00036C34"/>
    <w:rsid w:val="000449E0"/>
    <w:rsid w:val="0006063C"/>
    <w:rsid w:val="000E0223"/>
    <w:rsid w:val="0015074B"/>
    <w:rsid w:val="001A07E6"/>
    <w:rsid w:val="001C191D"/>
    <w:rsid w:val="001F2824"/>
    <w:rsid w:val="00217442"/>
    <w:rsid w:val="00270685"/>
    <w:rsid w:val="0029639D"/>
    <w:rsid w:val="002A3455"/>
    <w:rsid w:val="002A78DF"/>
    <w:rsid w:val="002E4440"/>
    <w:rsid w:val="00326F90"/>
    <w:rsid w:val="00366272"/>
    <w:rsid w:val="003756B7"/>
    <w:rsid w:val="003768BA"/>
    <w:rsid w:val="003A3E5D"/>
    <w:rsid w:val="003C7770"/>
    <w:rsid w:val="003E61BA"/>
    <w:rsid w:val="00405848"/>
    <w:rsid w:val="0041452A"/>
    <w:rsid w:val="00437A60"/>
    <w:rsid w:val="00465B5B"/>
    <w:rsid w:val="005130AE"/>
    <w:rsid w:val="00533F44"/>
    <w:rsid w:val="00586D6D"/>
    <w:rsid w:val="005C1A41"/>
    <w:rsid w:val="005C3308"/>
    <w:rsid w:val="005D1797"/>
    <w:rsid w:val="005E4220"/>
    <w:rsid w:val="005E7FC6"/>
    <w:rsid w:val="00636844"/>
    <w:rsid w:val="00684DEA"/>
    <w:rsid w:val="006A1F59"/>
    <w:rsid w:val="006B337A"/>
    <w:rsid w:val="006B403E"/>
    <w:rsid w:val="006F723A"/>
    <w:rsid w:val="00703F48"/>
    <w:rsid w:val="00722AC3"/>
    <w:rsid w:val="00737CCB"/>
    <w:rsid w:val="00870F00"/>
    <w:rsid w:val="008C041C"/>
    <w:rsid w:val="008D182E"/>
    <w:rsid w:val="00911FE9"/>
    <w:rsid w:val="0092426F"/>
    <w:rsid w:val="009A0AED"/>
    <w:rsid w:val="00A05AF3"/>
    <w:rsid w:val="00A43F66"/>
    <w:rsid w:val="00AA0C63"/>
    <w:rsid w:val="00AA1D8D"/>
    <w:rsid w:val="00AA3C58"/>
    <w:rsid w:val="00AB17F5"/>
    <w:rsid w:val="00AB33F2"/>
    <w:rsid w:val="00AE2B5B"/>
    <w:rsid w:val="00AE6510"/>
    <w:rsid w:val="00AF5F2C"/>
    <w:rsid w:val="00B00ABD"/>
    <w:rsid w:val="00B01908"/>
    <w:rsid w:val="00B05748"/>
    <w:rsid w:val="00B47730"/>
    <w:rsid w:val="00B7301F"/>
    <w:rsid w:val="00B81E90"/>
    <w:rsid w:val="00B87DCE"/>
    <w:rsid w:val="00C2647F"/>
    <w:rsid w:val="00C42E65"/>
    <w:rsid w:val="00C90713"/>
    <w:rsid w:val="00CB0664"/>
    <w:rsid w:val="00CD54BF"/>
    <w:rsid w:val="00CF3F77"/>
    <w:rsid w:val="00CF6239"/>
    <w:rsid w:val="00D2567F"/>
    <w:rsid w:val="00D265B7"/>
    <w:rsid w:val="00D37457"/>
    <w:rsid w:val="00D53488"/>
    <w:rsid w:val="00D9337B"/>
    <w:rsid w:val="00DD6B6B"/>
    <w:rsid w:val="00E03A8B"/>
    <w:rsid w:val="00E62B67"/>
    <w:rsid w:val="00E6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C65357"/>
  <w14:defaultImageDpi w14:val="300"/>
  <w15:docId w15:val="{8AFD3A7B-268C-449E-9030-9249641A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H Sarabun PSK" w:hAnsi="TH Sarabun PSK" w:cs="TH Sarabun 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722B"/>
    <w:pPr>
      <w:spacing w:after="0" w:line="240" w:lineRule="auto"/>
    </w:pPr>
    <w:rPr>
      <w:rFonts w:ascii="Leelawadee" w:hAnsi="Leelawadee" w:cs="Leelawade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22B"/>
    <w:rPr>
      <w:rFonts w:ascii="Leelawadee" w:hAnsi="Leelawadee" w:cs="Leelawade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E2674F-8B6F-4879-8B58-E4029F4C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649</Words>
  <Characters>3703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Surasak Wongsanti</cp:lastModifiedBy>
  <cp:revision>3</cp:revision>
  <cp:lastPrinted>2026-09-02T02:49:00Z</cp:lastPrinted>
  <dcterms:created xsi:type="dcterms:W3CDTF">2026-09-28T02:55:00Z</dcterms:created>
  <dcterms:modified xsi:type="dcterms:W3CDTF">2026-10-01T03:21:00Z</dcterms:modified>
  <cp:category/>
</cp:coreProperties>
</file>